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1800" w:after="320" w:line="276" w:lineRule="auto"/>
        <w:ind w:left="0" w:right="0" w:firstLine="0"/>
      </w:pPr>
    </w:p>
    <w:p>
      <w:pPr>
        <w:keepNext w:val="0"/>
        <w:spacing w:before="0" w:after="160" w:line="276" w:lineRule="auto"/>
        <w:ind w:left="0" w:right="0" w:firstLine="0"/>
        <w:jc w:val="center"/>
      </w:pPr>
      <w:r>
        <w:rPr>
          <w:rFonts w:ascii="Georgia" w:hAnsi="Georgia"/>
          <w:b/>
          <w:color w:val="000000"/>
          <w:sz w:val="64"/>
        </w:rPr>
        <w:t>At Deptford</w:t>
      </w:r>
    </w:p>
    <w:p>
      <w:pPr>
        <w:keepNext w:val="0"/>
        <w:spacing w:before="0" w:after="480" w:line="276" w:lineRule="auto"/>
        <w:ind w:left="0" w:right="0" w:firstLine="0"/>
        <w:jc w:val="center"/>
      </w:pPr>
      <w:r>
        <w:rPr>
          <w:rFonts w:ascii="Georgia" w:hAnsi="Georgia"/>
          <w:i/>
          <w:color w:val="000000"/>
          <w:sz w:val="48"/>
        </w:rPr>
        <w:t>and...</w:t>
      </w:r>
    </w:p>
    <w:p>
      <w:pPr>
        <w:keepNext w:val="0"/>
        <w:spacing w:before="0" w:after="120" w:line="276" w:lineRule="auto"/>
        <w:ind w:left="0" w:right="0" w:firstLine="0"/>
        <w:jc w:val="center"/>
      </w:pPr>
      <w:r>
        <w:rPr>
          <w:rFonts w:ascii="Times New Roman" w:hAnsi="Times New Roman"/>
          <w:color w:val="000000"/>
          <w:sz w:val="32"/>
        </w:rPr>
        <w:t>A Play and Screenplay with Songs</w:t>
      </w:r>
    </w:p>
    <w:p>
      <w:pPr>
        <w:keepNext w:val="0"/>
        <w:spacing w:before="0" w:after="100" w:line="276" w:lineRule="auto"/>
        <w:ind w:left="0" w:right="0" w:firstLine="0"/>
        <w:jc w:val="center"/>
      </w:pPr>
      <w:r>
        <w:rPr>
          <w:rFonts w:ascii="Arial" w:hAnsi="Arial"/>
          <w:b/>
          <w:color w:val="000000"/>
          <w:sz w:val="34"/>
        </w:rPr>
        <w:t>Steve Hauk</w:t>
      </w:r>
    </w:p>
    <w:p>
      <w:pPr>
        <w:keepNext w:val="0"/>
        <w:spacing w:before="0" w:after="1160" w:line="276" w:lineRule="auto"/>
        <w:ind w:left="0" w:right="0" w:firstLine="0"/>
        <w:jc w:val="center"/>
      </w:pPr>
      <w:r>
        <w:rPr>
          <w:rFonts w:ascii="Times New Roman" w:hAnsi="Times New Roman"/>
          <w:i/>
          <w:color w:val="000000"/>
          <w:sz w:val="30"/>
        </w:rPr>
        <w:t>Songs by Piotr J. Flatau</w:t>
      </w:r>
    </w:p>
    <w:p>
      <w:pPr>
        <w:keepNext w:val="0"/>
        <w:spacing w:before="0" w:after="80" w:line="276" w:lineRule="auto"/>
        <w:ind w:left="0" w:right="0" w:firstLine="0"/>
        <w:jc w:val="center"/>
      </w:pPr>
      <w:r>
        <w:rPr>
          <w:rFonts w:ascii="Arial" w:hAnsi="Arial"/>
          <w:color w:val="000000"/>
          <w:sz w:val="20"/>
        </w:rPr>
        <w:t>© 2026 Steve Hauk and Piotr J. Flatau. All rights reserved.</w:t>
      </w:r>
    </w:p>
    <w:p>
      <w:r>
        <w:br w:type="page"/>
      </w:r>
    </w:p>
    <w:p>
      <w:pPr>
        <w:keepNext/>
        <w:spacing w:before="0" w:after="280" w:line="276" w:lineRule="auto"/>
        <w:ind w:left="0" w:right="0" w:firstLine="0"/>
      </w:pPr>
      <w:r>
        <w:rPr>
          <w:rFonts w:ascii="Arial" w:hAnsi="Arial"/>
          <w:b/>
          <w:color w:val="000000"/>
          <w:sz w:val="40"/>
        </w:rPr>
        <w:t>CHARACTERS</w:t>
      </w:r>
    </w:p>
    <w:p>
      <w:pPr>
        <w:keepNext w:val="0"/>
        <w:spacing w:before="0" w:after="60" w:line="276" w:lineRule="auto"/>
        <w:ind w:left="0" w:right="0" w:firstLine="0"/>
      </w:pPr>
      <w:r>
        <w:rPr>
          <w:rFonts w:ascii="Arial" w:hAnsi="Arial"/>
          <w:b/>
          <w:color w:val="000000"/>
          <w:sz w:val="32"/>
        </w:rPr>
        <w:t xml:space="preserve">MINSTREL: </w:t>
      </w:r>
      <w:r>
        <w:rPr>
          <w:rFonts w:ascii="Times New Roman" w:hAnsi="Times New Roman"/>
          <w:color w:val="000000"/>
          <w:sz w:val="32"/>
        </w:rPr>
        <w:t>Narrator and singer.</w:t>
      </w:r>
    </w:p>
    <w:p>
      <w:pPr>
        <w:keepNext w:val="0"/>
        <w:spacing w:before="0" w:after="60" w:line="276" w:lineRule="auto"/>
        <w:ind w:left="0" w:right="0" w:firstLine="0"/>
      </w:pPr>
      <w:r>
        <w:rPr>
          <w:rFonts w:ascii="Arial" w:hAnsi="Arial"/>
          <w:b/>
          <w:color w:val="000000"/>
          <w:sz w:val="32"/>
        </w:rPr>
        <w:t xml:space="preserve">CHRISTOPHER “KIT” MARLOWE: </w:t>
      </w:r>
      <w:r>
        <w:rPr>
          <w:rFonts w:ascii="Times New Roman" w:hAnsi="Times New Roman"/>
          <w:color w:val="000000"/>
          <w:sz w:val="32"/>
        </w:rPr>
        <w:t>Playwright.</w:t>
      </w:r>
    </w:p>
    <w:p>
      <w:pPr>
        <w:keepNext w:val="0"/>
        <w:spacing w:before="0" w:after="60" w:line="276" w:lineRule="auto"/>
        <w:ind w:left="0" w:right="0" w:firstLine="0"/>
      </w:pPr>
      <w:r>
        <w:rPr>
          <w:rFonts w:ascii="Arial" w:hAnsi="Arial"/>
          <w:b/>
          <w:color w:val="000000"/>
          <w:sz w:val="32"/>
        </w:rPr>
        <w:t xml:space="preserve">BEN JONSON: </w:t>
      </w:r>
      <w:r>
        <w:rPr>
          <w:rFonts w:ascii="Times New Roman" w:hAnsi="Times New Roman"/>
          <w:color w:val="000000"/>
          <w:sz w:val="32"/>
        </w:rPr>
        <w:t>Playwright.</w:t>
      </w:r>
    </w:p>
    <w:p>
      <w:pPr>
        <w:keepNext w:val="0"/>
        <w:spacing w:before="0" w:after="60" w:line="276" w:lineRule="auto"/>
        <w:ind w:left="0" w:right="0" w:firstLine="0"/>
      </w:pPr>
      <w:r>
        <w:rPr>
          <w:rFonts w:ascii="Arial" w:hAnsi="Arial"/>
          <w:b/>
          <w:color w:val="000000"/>
          <w:sz w:val="32"/>
        </w:rPr>
        <w:t xml:space="preserve">EDWARD DE VERE: </w:t>
      </w:r>
      <w:r>
        <w:rPr>
          <w:rFonts w:ascii="Times New Roman" w:hAnsi="Times New Roman"/>
          <w:color w:val="000000"/>
          <w:sz w:val="32"/>
        </w:rPr>
        <w:t>17th Earl of Oxford.</w:t>
      </w:r>
    </w:p>
    <w:p>
      <w:pPr>
        <w:keepNext w:val="0"/>
        <w:spacing w:before="0" w:after="60" w:line="276" w:lineRule="auto"/>
        <w:ind w:left="0" w:right="0" w:firstLine="0"/>
      </w:pPr>
      <w:r>
        <w:rPr>
          <w:rFonts w:ascii="Arial" w:hAnsi="Arial"/>
          <w:b/>
          <w:color w:val="000000"/>
          <w:sz w:val="32"/>
        </w:rPr>
        <w:t xml:space="preserve">WILL SHAKESPEARE: </w:t>
      </w:r>
      <w:r>
        <w:rPr>
          <w:rFonts w:ascii="Times New Roman" w:hAnsi="Times New Roman"/>
          <w:color w:val="000000"/>
          <w:sz w:val="32"/>
        </w:rPr>
        <w:t>Playwright.</w:t>
      </w:r>
    </w:p>
    <w:p>
      <w:pPr>
        <w:keepNext w:val="0"/>
        <w:spacing w:before="0" w:after="60" w:line="276" w:lineRule="auto"/>
        <w:ind w:left="0" w:right="0" w:firstLine="0"/>
      </w:pPr>
      <w:r>
        <w:rPr>
          <w:rFonts w:ascii="Arial" w:hAnsi="Arial"/>
          <w:b/>
          <w:color w:val="000000"/>
          <w:sz w:val="32"/>
        </w:rPr>
        <w:t xml:space="preserve">THOMAS KYD: </w:t>
      </w:r>
      <w:r>
        <w:rPr>
          <w:rFonts w:ascii="Times New Roman" w:hAnsi="Times New Roman"/>
          <w:color w:val="000000"/>
          <w:sz w:val="32"/>
        </w:rPr>
        <w:t>Playwright.</w:t>
      </w:r>
    </w:p>
    <w:p>
      <w:pPr>
        <w:keepNext w:val="0"/>
        <w:spacing w:before="0" w:after="60" w:line="276" w:lineRule="auto"/>
        <w:ind w:left="0" w:right="0" w:firstLine="0"/>
      </w:pPr>
      <w:r>
        <w:rPr>
          <w:rFonts w:ascii="Arial" w:hAnsi="Arial"/>
          <w:b/>
          <w:color w:val="000000"/>
          <w:sz w:val="32"/>
        </w:rPr>
        <w:t xml:space="preserve">BARMAN: </w:t>
      </w:r>
      <w:r>
        <w:rPr>
          <w:rFonts w:ascii="Times New Roman" w:hAnsi="Times New Roman"/>
          <w:color w:val="000000"/>
          <w:sz w:val="32"/>
        </w:rPr>
        <w:t>The keeper of the Deptford pub.</w:t>
      </w:r>
    </w:p>
    <w:p>
      <w:pPr>
        <w:keepNext w:val="0"/>
        <w:spacing w:before="0" w:after="60" w:line="276" w:lineRule="auto"/>
        <w:ind w:left="0" w:right="0" w:firstLine="0"/>
      </w:pPr>
      <w:r>
        <w:rPr>
          <w:rFonts w:ascii="Arial" w:hAnsi="Arial"/>
          <w:b/>
          <w:color w:val="000000"/>
          <w:sz w:val="32"/>
        </w:rPr>
        <w:t xml:space="preserve">AGENTS: </w:t>
      </w:r>
      <w:r>
        <w:rPr>
          <w:rFonts w:ascii="Times New Roman" w:hAnsi="Times New Roman"/>
          <w:color w:val="000000"/>
          <w:sz w:val="32"/>
        </w:rPr>
        <w:t>Government interrogators.</w:t>
      </w:r>
    </w:p>
    <w:p>
      <w:pPr>
        <w:keepNext w:val="0"/>
        <w:spacing w:before="0" w:after="60" w:line="276" w:lineRule="auto"/>
        <w:ind w:left="0" w:right="0" w:firstLine="0"/>
      </w:pPr>
      <w:r>
        <w:rPr>
          <w:rFonts w:ascii="Arial" w:hAnsi="Arial"/>
          <w:b/>
          <w:color w:val="000000"/>
          <w:sz w:val="32"/>
        </w:rPr>
        <w:t xml:space="preserve">ANNE SHAKESPEARE: </w:t>
      </w:r>
      <w:r>
        <w:rPr>
          <w:rFonts w:ascii="Times New Roman" w:hAnsi="Times New Roman"/>
          <w:color w:val="000000"/>
          <w:sz w:val="32"/>
        </w:rPr>
        <w:t>Will Shakespeare’s wife.</w:t>
      </w:r>
    </w:p>
    <w:p>
      <w:pPr>
        <w:keepNext w:val="0"/>
        <w:spacing w:before="0" w:after="60" w:line="276" w:lineRule="auto"/>
        <w:ind w:left="0" w:right="0" w:firstLine="0"/>
      </w:pPr>
      <w:r>
        <w:rPr>
          <w:rFonts w:ascii="Arial" w:hAnsi="Arial"/>
          <w:b/>
          <w:color w:val="000000"/>
          <w:sz w:val="32"/>
        </w:rPr>
        <w:t xml:space="preserve">SUSANNA SHAKESPEARE: </w:t>
      </w:r>
      <w:r>
        <w:rPr>
          <w:rFonts w:ascii="Times New Roman" w:hAnsi="Times New Roman"/>
          <w:color w:val="000000"/>
          <w:sz w:val="32"/>
        </w:rPr>
        <w:t>Their eldest daughter.</w:t>
      </w:r>
    </w:p>
    <w:p>
      <w:pPr>
        <w:keepNext w:val="0"/>
        <w:spacing w:before="0" w:after="60" w:line="276" w:lineRule="auto"/>
        <w:ind w:left="0" w:right="0" w:firstLine="0"/>
      </w:pPr>
      <w:r>
        <w:rPr>
          <w:rFonts w:ascii="Arial" w:hAnsi="Arial"/>
          <w:b/>
          <w:color w:val="000000"/>
          <w:sz w:val="32"/>
        </w:rPr>
        <w:t xml:space="preserve">HAMNET AND JUDITH SHAKESPEARE: </w:t>
      </w:r>
      <w:r>
        <w:rPr>
          <w:rFonts w:ascii="Times New Roman" w:hAnsi="Times New Roman"/>
          <w:color w:val="000000"/>
          <w:sz w:val="32"/>
        </w:rPr>
        <w:t>Their twins.</w:t>
      </w:r>
    </w:p>
    <w:p>
      <w:pPr>
        <w:keepNext/>
        <w:spacing w:before="400" w:after="240" w:line="276" w:lineRule="auto"/>
        <w:ind w:left="0" w:right="0" w:firstLine="0"/>
      </w:pPr>
      <w:r>
        <w:rPr>
          <w:rFonts w:ascii="Arial" w:hAnsi="Arial"/>
          <w:b/>
          <w:color w:val="000000"/>
          <w:sz w:val="40"/>
        </w:rPr>
        <w:t>MUSICAL NUMBERS</w:t>
      </w:r>
    </w:p>
    <w:p>
      <w:pPr>
        <w:keepNext w:val="0"/>
        <w:spacing w:before="0" w:after="80" w:line="276" w:lineRule="auto"/>
        <w:ind w:left="0" w:right="0" w:firstLine="0"/>
      </w:pPr>
      <w:r>
        <w:rPr>
          <w:rFonts w:ascii="Times New Roman" w:hAnsi="Times New Roman"/>
          <w:b/>
          <w:color w:val="000000"/>
          <w:sz w:val="32"/>
        </w:rPr>
        <w:t>Prologue Song</w:t>
      </w:r>
      <w:r>
        <w:rPr>
          <w:rFonts w:ascii="Arial" w:hAnsi="Arial"/>
          <w:color w:val="000000"/>
          <w:sz w:val="32"/>
        </w:rPr>
        <w:t xml:space="preserve"> — MINSTREL</w:t>
      </w:r>
    </w:p>
    <w:p>
      <w:pPr>
        <w:keepNext w:val="0"/>
        <w:spacing w:before="0" w:after="80" w:line="276" w:lineRule="auto"/>
        <w:ind w:left="0" w:right="0" w:firstLine="0"/>
      </w:pPr>
      <w:r>
        <w:rPr>
          <w:rFonts w:ascii="Times New Roman" w:hAnsi="Times New Roman"/>
          <w:b/>
          <w:color w:val="000000"/>
          <w:sz w:val="32"/>
        </w:rPr>
        <w:t>Lullaby of Anne Shakespeare</w:t>
      </w:r>
      <w:r>
        <w:rPr>
          <w:rFonts w:ascii="Arial" w:hAnsi="Arial"/>
          <w:color w:val="000000"/>
          <w:sz w:val="32"/>
        </w:rPr>
        <w:t xml:space="preserve"> — ANNE</w:t>
      </w:r>
    </w:p>
    <w:p>
      <w:pPr>
        <w:keepNext w:val="0"/>
        <w:spacing w:before="240" w:after="60" w:line="276" w:lineRule="auto"/>
        <w:ind w:left="0" w:right="0" w:firstLine="0"/>
      </w:pPr>
      <w:r>
        <w:rPr>
          <w:rFonts w:ascii="Arial" w:hAnsi="Arial"/>
          <w:b/>
          <w:color w:val="000000"/>
          <w:sz w:val="32"/>
        </w:rPr>
        <w:t xml:space="preserve">Lyrics: </w:t>
      </w:r>
      <w:r>
        <w:rPr>
          <w:rFonts w:ascii="Times New Roman" w:hAnsi="Times New Roman"/>
          <w:color w:val="000000"/>
          <w:sz w:val="32"/>
        </w:rPr>
        <w:t>Piotr J. Flatau</w:t>
      </w:r>
    </w:p>
    <w:p>
      <w:r>
        <w:br w:type="page"/>
      </w:r>
    </w:p>
    <w:p>
      <w:pPr>
        <w:keepNext/>
        <w:spacing w:before="0" w:after="200" w:line="276" w:lineRule="auto"/>
        <w:ind w:left="0" w:right="0" w:firstLine="0"/>
      </w:pPr>
      <w:r>
        <w:rPr>
          <w:rFonts w:ascii="Arial" w:hAnsi="Arial"/>
          <w:b/>
          <w:color w:val="000000"/>
          <w:sz w:val="36"/>
        </w:rPr>
        <w:t>PRODUCTION NOTE</w:t>
      </w:r>
    </w:p>
    <w:p>
      <w:pPr>
        <w:keepNext w:val="0"/>
        <w:spacing w:before="0" w:after="280" w:line="276" w:lineRule="auto"/>
        <w:ind w:left="0" w:right="0" w:firstLine="0"/>
      </w:pPr>
      <w:r>
        <w:rPr>
          <w:rFonts w:ascii="Times New Roman" w:hAnsi="Times New Roman"/>
          <w:i/>
          <w:color w:val="000000"/>
          <w:sz w:val="32"/>
        </w:rPr>
        <w:t>(If produced as a screenplay, the interiors of the pub at Deptford and the cottage at Stratford would be filmed as described, and those scenes would flow in or out of the described exterior scenes of, for instance, Shakespeare’s wolf dream scene. If it is produced as a play, those scenes would be shown in film or video on a back wall with as called-for effects. It could be the back wall of the pub at Deptford, or the back wall of the cottage at Stratford. For example, as a play we open with video of Marlowe getting off a boat and climbing a hill in the rain along with other details as per descriptions below. This could be shown happening, for instance, on a back wall. When he enters the pub the video of the exterior fades out and we will see Kit Marlowe and others in the pub “in the flesh.”)</w:t>
      </w:r>
    </w:p>
    <w:p>
      <w:pPr>
        <w:keepNext/>
        <w:spacing w:before="320" w:after="320" w:line="276" w:lineRule="auto"/>
        <w:ind w:left="0" w:right="0" w:firstLine="0"/>
        <w:jc w:val="center"/>
      </w:pPr>
      <w:r>
        <w:rPr>
          <w:rFonts w:ascii="Arial" w:hAnsi="Arial"/>
          <w:b/>
          <w:color w:val="000000"/>
          <w:sz w:val="40"/>
        </w:rPr>
        <w:t>AT DEPTFORD</w:t>
      </w:r>
    </w:p>
    <w:p>
      <w:pPr>
        <w:keepNext w:val="0"/>
        <w:spacing w:before="140" w:after="80" w:line="276" w:lineRule="auto"/>
        <w:ind w:left="0" w:right="0" w:firstLine="0"/>
      </w:pPr>
      <w:r>
        <w:rPr>
          <w:rFonts w:ascii="Times New Roman" w:hAnsi="Times New Roman"/>
          <w:b w:val="0"/>
          <w:i/>
          <w:color w:val="000000"/>
          <w:sz w:val="32"/>
        </w:rPr>
        <w:t>(But first a Minstrel enters downstage. He plays and sings:)</w:t>
      </w:r>
    </w:p>
    <w:p>
      <w:pPr>
        <w:keepNext/>
        <w:spacing w:before="200" w:after="80" w:line="276" w:lineRule="auto"/>
        <w:ind w:left="0" w:right="0" w:firstLine="0"/>
      </w:pPr>
      <w:r>
        <w:rPr>
          <w:rFonts w:ascii="Times New Roman" w:hAnsi="Times New Roman"/>
          <w:b w:val="0"/>
          <w:i/>
          <w:color w:val="000000"/>
          <w:sz w:val="32"/>
        </w:rPr>
        <w:t>(MINSTREL: “Prologue Song”)</w:t>
      </w:r>
    </w:p>
    <w:p>
      <w:pPr>
        <w:keepNext w:val="0"/>
        <w:spacing w:before="0" w:after="200" w:line="252" w:lineRule="auto"/>
        <w:ind w:left="0" w:right="0" w:firstLine="0"/>
      </w:pPr>
      <w:r>
        <w:rPr>
          <w:rFonts w:ascii="Times New Roman" w:hAnsi="Times New Roman"/>
          <w:b w:val="0"/>
          <w:i w:val="0"/>
          <w:color w:val="000000"/>
          <w:sz w:val="32"/>
        </w:rPr>
        <w:t>Listen to tales of men of quill</w:t>
        <w:br/>
        <w:t>At Deptford by the Thames</w:t>
        <w:br/>
        <w:t>Kit Marlowe climbs the river’s hill</w:t>
        <w:br/>
        <w:t>The pub’s light dimly gleams</w:t>
        <w:br/>
        <w:br/>
        <w:t>“Stand firm, my heart, and courage take,</w:t>
        <w:br/>
        <w:t>I must not fear my plight.”</w:t>
        <w:br/>
        <w:t>With cloak and fear he will not break,</w:t>
        <w:br/>
        <w:t>He found his friends that night.</w:t>
        <w:br/>
        <w:br/>
        <w:t>De Vere, with gaze as cold as night,</w:t>
        <w:br/>
        <w:t>Ben Jonson’s wit ablaze,</w:t>
        <w:br/>
        <w:t>Will’s stories on a parchment bright,</w:t>
        <w:br/>
        <w:t>Thomas Kyd, his tragic days.</w:t>
        <w:br/>
        <w:br/>
        <w:t>“None on the river?” Ben doth ask.</w:t>
        <w:br/>
        <w:t>“No spies,” is the reply.</w:t>
        <w:br/>
        <w:t>At Deptford by the Thames they met,</w:t>
        <w:br/>
        <w:t>So listen, to my tales.</w:t>
      </w:r>
    </w:p>
    <w:p>
      <w:pPr>
        <w:keepNext w:val="0"/>
        <w:spacing w:before="140" w:after="80" w:line="276" w:lineRule="auto"/>
        <w:ind w:left="0" w:right="0" w:firstLine="0"/>
      </w:pPr>
      <w:r>
        <w:rPr>
          <w:rFonts w:ascii="Times New Roman" w:hAnsi="Times New Roman"/>
          <w:b w:val="0"/>
          <w:i/>
          <w:color w:val="000000"/>
          <w:sz w:val="32"/>
        </w:rPr>
        <w:t>(Minstrel goes off.</w:t>
        <w:br/>
        <w:br/>
        <w:t>Sound of water washing onto a shore. Gray day, approaching evening twilight. Boats manned by single rowers on a river, late 16th Century.</w:t>
        <w:br/>
        <w:br/>
        <w:t>A boat is rowed up to a small dock. A man in cloak gets out of the boat, hands the rower money. Looks up at the threatening sky then starts up a hill. We see with his eyes, the exterior of a small pub. He approaches tentatively.</w:t>
        <w:br/>
        <w:br/>
        <w:t>He pushes the door open. The Barman gestures with his head to a large corner table where three men sit, two bent over their drinks, the third studying a blank piece of parchment. A loaf of bread on a plate on a table, a knife to cut the bread, which they do now and then.</w:t>
        <w:br/>
        <w:br/>
        <w:t>Kit Marlowe approaches quietly.)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(Looking up, not warmly)</w:t>
      </w:r>
      <w:r>
        <w:rPr>
          <w:rFonts w:ascii="Times New Roman" w:hAnsi="Times New Roman"/>
          <w:b w:val="0"/>
          <w:i w:val="0"/>
          <w:color w:val="000000"/>
          <w:sz w:val="32"/>
        </w:rPr>
        <w:t xml:space="preserve">: </w:t>
      </w:r>
      <w:r>
        <w:rPr>
          <w:rFonts w:ascii="Times New Roman" w:hAnsi="Times New Roman"/>
          <w:b w:val="0"/>
          <w:i w:val="0"/>
          <w:color w:val="000000"/>
          <w:sz w:val="32"/>
        </w:rPr>
        <w:t>Kit.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(The youngest of them, but an old, wise head, looking up, pause)</w:t>
      </w:r>
      <w:r>
        <w:rPr>
          <w:rFonts w:ascii="Times New Roman" w:hAnsi="Times New Roman"/>
          <w:b w:val="0"/>
          <w:i w:val="0"/>
          <w:color w:val="000000"/>
          <w:sz w:val="32"/>
        </w:rPr>
        <w:t xml:space="preserve">: </w:t>
      </w:r>
      <w:r>
        <w:rPr>
          <w:rFonts w:ascii="Times New Roman" w:hAnsi="Times New Roman"/>
          <w:b w:val="0"/>
          <w:i w:val="0"/>
          <w:color w:val="000000"/>
          <w:sz w:val="32"/>
        </w:rPr>
        <w:t>Any on the river, Kit?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Any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You know.</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None unless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Unless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Disguised as ...citizens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They usually are.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(Accusingly)</w:t>
      </w:r>
      <w:r>
        <w:rPr>
          <w:rFonts w:ascii="Times New Roman" w:hAnsi="Times New Roman"/>
          <w:b w:val="0"/>
          <w:i w:val="0"/>
          <w:color w:val="000000"/>
          <w:sz w:val="32"/>
        </w:rPr>
        <w:t xml:space="preserve">: </w:t>
      </w:r>
      <w:r>
        <w:rPr>
          <w:rFonts w:ascii="Times New Roman" w:hAnsi="Times New Roman"/>
          <w:b w:val="0"/>
          <w:i w:val="0"/>
          <w:color w:val="000000"/>
          <w:sz w:val="32"/>
        </w:rPr>
        <w:t>Sometimes one’s followed.</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(Turning to leave, quick to anger)</w:t>
      </w:r>
      <w:r>
        <w:rPr>
          <w:rFonts w:ascii="Times New Roman" w:hAnsi="Times New Roman"/>
          <w:b w:val="0"/>
          <w:i w:val="0"/>
          <w:color w:val="000000"/>
          <w:sz w:val="32"/>
        </w:rPr>
        <w:t xml:space="preserve">: </w:t>
      </w:r>
      <w:r>
        <w:rPr>
          <w:rFonts w:ascii="Times New Roman" w:hAnsi="Times New Roman"/>
          <w:b w:val="0"/>
          <w:i w:val="0"/>
          <w:color w:val="000000"/>
          <w:sz w:val="32"/>
        </w:rPr>
        <w:t>If you want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(Calming him)</w:t>
      </w:r>
      <w:r>
        <w:rPr>
          <w:rFonts w:ascii="Times New Roman" w:hAnsi="Times New Roman"/>
          <w:b w:val="0"/>
          <w:i w:val="0"/>
          <w:color w:val="000000"/>
          <w:sz w:val="32"/>
        </w:rPr>
        <w:t xml:space="preserve">: </w:t>
      </w:r>
      <w:r>
        <w:rPr>
          <w:rFonts w:ascii="Times New Roman" w:hAnsi="Times New Roman"/>
          <w:b w:val="0"/>
          <w:i w:val="0"/>
          <w:color w:val="000000"/>
          <w:sz w:val="32"/>
        </w:rPr>
        <w:t>Now, Kit ...I just meant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Because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Kit...</w:t>
      </w:r>
      <w:r>
        <w:rPr>
          <w:rFonts w:ascii="Times New Roman" w:hAnsi="Times New Roman"/>
          <w:b w:val="0"/>
          <w:i/>
          <w:color w:val="000000"/>
          <w:sz w:val="32"/>
        </w:rPr>
        <w:t>(Pause.)</w:t>
      </w:r>
      <w:r>
        <w:rPr>
          <w:rFonts w:ascii="Times New Roman" w:hAnsi="Times New Roman"/>
          <w:b w:val="0"/>
          <w:i w:val="0"/>
          <w:color w:val="000000"/>
          <w:sz w:val="32"/>
        </w:rPr>
        <w:t xml:space="preserve"> Kyd not with you? Thought you and Thomas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Not my responsibility.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Not on the river?</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I told you, not my—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Sorry—some had been asking after him.</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(ironically)</w:t>
      </w:r>
      <w:r>
        <w:rPr>
          <w:rFonts w:ascii="Times New Roman" w:hAnsi="Times New Roman"/>
          <w:b w:val="0"/>
          <w:i w:val="0"/>
          <w:color w:val="000000"/>
          <w:sz w:val="32"/>
        </w:rPr>
        <w:t xml:space="preserve">: </w:t>
      </w:r>
      <w:r>
        <w:rPr>
          <w:rFonts w:ascii="Times New Roman" w:hAnsi="Times New Roman"/>
          <w:b w:val="0"/>
          <w:i w:val="0"/>
          <w:color w:val="000000"/>
          <w:sz w:val="32"/>
        </w:rPr>
        <w:t>Some?</w:t>
      </w:r>
    </w:p>
    <w:p>
      <w:pPr>
        <w:keepNext w:val="0"/>
        <w:spacing w:before="140" w:after="80" w:line="276" w:lineRule="auto"/>
        <w:ind w:left="0" w:right="0" w:firstLine="0"/>
      </w:pPr>
      <w:r>
        <w:rPr>
          <w:rFonts w:ascii="Times New Roman" w:hAnsi="Times New Roman"/>
          <w:b w:val="0"/>
          <w:i/>
          <w:color w:val="000000"/>
          <w:sz w:val="32"/>
        </w:rPr>
        <w:t>(Ben Jonson shrugs, pushes a chair toward Kit Marlowe as a gesture of peace. They are quiet, the fourth man, Will Shakespeare, is staring at the blank paper in front of him. Kit Marlowe sits, glances at Will Shakespeare, then Ben Jonson.)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Any progress?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None.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So, I’ve been thinking about our ...</w:t>
      </w:r>
      <w:r>
        <w:rPr>
          <w:rFonts w:ascii="Times New Roman" w:hAnsi="Times New Roman"/>
          <w:b w:val="0"/>
          <w:i/>
          <w:color w:val="000000"/>
          <w:sz w:val="32"/>
        </w:rPr>
        <w:t>(After a few moments, slowly)</w:t>
      </w:r>
      <w:r>
        <w:rPr>
          <w:rFonts w:ascii="Times New Roman" w:hAnsi="Times New Roman"/>
          <w:b w:val="0"/>
          <w:i w:val="0"/>
          <w:color w:val="000000"/>
          <w:sz w:val="32"/>
        </w:rPr>
        <w:t>: What about ...what about this guy gives everything to...?</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(Interjecting as he sits)</w:t>
      </w:r>
      <w:r>
        <w:rPr>
          <w:rFonts w:ascii="Times New Roman" w:hAnsi="Times New Roman"/>
          <w:b w:val="0"/>
          <w:i w:val="0"/>
          <w:color w:val="000000"/>
          <w:sz w:val="32"/>
        </w:rPr>
        <w:t xml:space="preserve">: </w:t>
      </w:r>
      <w:r>
        <w:rPr>
          <w:rFonts w:ascii="Times New Roman" w:hAnsi="Times New Roman"/>
          <w:b w:val="0"/>
          <w:i w:val="0"/>
          <w:color w:val="000000"/>
          <w:sz w:val="32"/>
        </w:rPr>
        <w:t>Forgive me, already sounds mildly familiar.</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(Holding up hand)</w:t>
      </w:r>
      <w:r>
        <w:rPr>
          <w:rFonts w:ascii="Times New Roman" w:hAnsi="Times New Roman"/>
          <w:b w:val="0"/>
          <w:i w:val="0"/>
          <w:color w:val="000000"/>
          <w:sz w:val="32"/>
        </w:rPr>
        <w:t xml:space="preserve">: </w:t>
      </w:r>
      <w:r>
        <w:rPr>
          <w:rFonts w:ascii="Times New Roman" w:hAnsi="Times New Roman"/>
          <w:b w:val="0"/>
          <w:i w:val="0"/>
          <w:color w:val="000000"/>
          <w:sz w:val="32"/>
        </w:rPr>
        <w:t>Wait ...gains power and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Come, Kit—how many times you gonna’ write “Faustus”? We need a fresh story and soon.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 xml:space="preserve">No, different! </w:t>
      </w:r>
      <w:r>
        <w:rPr>
          <w:rFonts w:ascii="Times New Roman" w:hAnsi="Times New Roman"/>
          <w:b w:val="0"/>
          <w:i/>
          <w:color w:val="000000"/>
          <w:sz w:val="32"/>
        </w:rPr>
        <w:t>(Pouting)</w:t>
      </w:r>
      <w:r>
        <w:rPr>
          <w:rFonts w:ascii="Times New Roman" w:hAnsi="Times New Roman"/>
          <w:b w:val="0"/>
          <w:i w:val="0"/>
          <w:color w:val="000000"/>
          <w:sz w:val="32"/>
        </w:rPr>
        <w:t>: OK, just an idea.</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Not a good one.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(More to himself, staring at the blank paper, with deep sadness)</w:t>
      </w:r>
      <w:r>
        <w:rPr>
          <w:rFonts w:ascii="Times New Roman" w:hAnsi="Times New Roman"/>
          <w:b w:val="0"/>
          <w:i w:val="0"/>
          <w:color w:val="000000"/>
          <w:sz w:val="32"/>
        </w:rPr>
        <w:t xml:space="preserve">: </w:t>
      </w:r>
      <w:r>
        <w:rPr>
          <w:rFonts w:ascii="Times New Roman" w:hAnsi="Times New Roman"/>
          <w:b w:val="0"/>
          <w:i w:val="0"/>
          <w:color w:val="000000"/>
          <w:sz w:val="32"/>
        </w:rPr>
        <w:t>We’re all drying it seems.</w:t>
      </w:r>
    </w:p>
    <w:p>
      <w:pPr>
        <w:keepNext w:val="0"/>
        <w:spacing w:before="140" w:after="80" w:line="276" w:lineRule="auto"/>
        <w:ind w:left="0" w:right="0" w:firstLine="0"/>
      </w:pPr>
      <w:r>
        <w:rPr>
          <w:rFonts w:ascii="Times New Roman" w:hAnsi="Times New Roman"/>
          <w:b w:val="0"/>
          <w:i/>
          <w:color w:val="000000"/>
          <w:sz w:val="32"/>
        </w:rPr>
        <w:t>(They look at him dubiously—they don’t believe it in his case—a moment. Then look away.)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(To Kit Marlowe, after taking a deep breath)</w:t>
      </w:r>
      <w:r>
        <w:rPr>
          <w:rFonts w:ascii="Times New Roman" w:hAnsi="Times New Roman"/>
          <w:b w:val="0"/>
          <w:i w:val="0"/>
          <w:color w:val="000000"/>
          <w:sz w:val="32"/>
        </w:rPr>
        <w:t xml:space="preserve">: </w:t>
      </w:r>
      <w:r>
        <w:rPr>
          <w:rFonts w:ascii="Times New Roman" w:hAnsi="Times New Roman"/>
          <w:b w:val="0"/>
          <w:i w:val="0"/>
          <w:color w:val="000000"/>
          <w:sz w:val="32"/>
        </w:rPr>
        <w:t>Besides ...and I don't want you to take offense at this, Kit ...but ...</w:t>
      </w:r>
    </w:p>
    <w:p>
      <w:pPr>
        <w:keepNext w:val="0"/>
        <w:spacing w:before="140" w:after="80" w:line="276" w:lineRule="auto"/>
        <w:ind w:left="0" w:right="0" w:firstLine="0"/>
      </w:pPr>
      <w:r>
        <w:rPr>
          <w:rFonts w:ascii="Times New Roman" w:hAnsi="Times New Roman"/>
          <w:b w:val="0"/>
          <w:i/>
          <w:color w:val="000000"/>
          <w:sz w:val="32"/>
        </w:rPr>
        <w:t>(They all look at him, even Will Shakespeare, having dreaded this.)</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Yes, Ben? Say 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We had a little talk before you arrived ...Edward, Will, myself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Impressive, all that brain power.</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(Lets it slide)</w:t>
      </w:r>
      <w:r>
        <w:rPr>
          <w:rFonts w:ascii="Times New Roman" w:hAnsi="Times New Roman"/>
          <w:b w:val="0"/>
          <w:i w:val="0"/>
          <w:color w:val="000000"/>
          <w:sz w:val="32"/>
        </w:rPr>
        <w:t xml:space="preserve">: </w:t>
      </w:r>
      <w:r>
        <w:rPr>
          <w:rFonts w:ascii="Times New Roman" w:hAnsi="Times New Roman"/>
          <w:b w:val="0"/>
          <w:i w:val="0"/>
          <w:color w:val="000000"/>
          <w:sz w:val="32"/>
        </w:rPr>
        <w:t>...and I’m afraid your name can’t be on it.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Oh?</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Mind you, we want—desire—your help on this show ...this ...entertainment ...out of friendship ...your many gifts ...As well you know, none like you, Kit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Was you, Ben, said that I am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“He of the mighty line.’’ And true, true—but don’t use it against me ...uttered with love and respect ...but sorry, Kit, in this you can’t be credited as a writer.</w:t>
      </w:r>
    </w:p>
    <w:p>
      <w:pPr>
        <w:keepNext w:val="0"/>
        <w:spacing w:before="140" w:after="80" w:line="276" w:lineRule="auto"/>
        <w:ind w:left="0" w:right="0" w:firstLine="0"/>
      </w:pPr>
      <w:r>
        <w:rPr>
          <w:rFonts w:ascii="Times New Roman" w:hAnsi="Times New Roman"/>
          <w:b w:val="0"/>
          <w:i/>
          <w:color w:val="000000"/>
          <w:sz w:val="32"/>
        </w:rPr>
        <w:t>(Barman, carrying pitcher, brings Kit Marlowe an ale, looks down on Marlowe with mild sympathy and understanding as he drinks.)</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color w:val="000000"/>
          <w:sz w:val="32"/>
        </w:rPr>
        <w:t>(Swallows, sets cup down, pauses, resignedly)</w:t>
      </w:r>
      <w:r>
        <w:rPr>
          <w:rFonts w:ascii="Times New Roman" w:hAnsi="Times New Roman"/>
          <w:b w:val="0"/>
          <w:i w:val="0"/>
          <w:color w:val="000000"/>
          <w:sz w:val="32"/>
        </w:rPr>
        <w:t>: So ...politics then, is it?</w:t>
      </w:r>
    </w:p>
    <w:p>
      <w:pPr>
        <w:keepNext w:val="0"/>
        <w:spacing w:before="140" w:after="80" w:line="276" w:lineRule="auto"/>
        <w:ind w:left="0" w:right="0" w:firstLine="0"/>
      </w:pPr>
      <w:r>
        <w:rPr>
          <w:rFonts w:ascii="Times New Roman" w:hAnsi="Times New Roman"/>
          <w:b w:val="0"/>
          <w:i/>
          <w:color w:val="000000"/>
          <w:sz w:val="32"/>
        </w:rPr>
        <w:t>(Barman watches Kit Marlowe as he refills cup, then turns, returns to bar.)</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(With a glance at the Barman)</w:t>
      </w:r>
      <w:r>
        <w:rPr>
          <w:rFonts w:ascii="Times New Roman" w:hAnsi="Times New Roman"/>
          <w:b w:val="0"/>
          <w:i w:val="0"/>
          <w:color w:val="000000"/>
          <w:sz w:val="32"/>
        </w:rPr>
        <w:t xml:space="preserve">: </w:t>
      </w:r>
      <w:r>
        <w:rPr>
          <w:rFonts w:ascii="Times New Roman" w:hAnsi="Times New Roman"/>
          <w:b w:val="0"/>
          <w:i w:val="0"/>
          <w:color w:val="000000"/>
          <w:sz w:val="32"/>
        </w:rPr>
        <w:t>More, Kit—you’ve lost favor with the Queen.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Really? If you’ll recall she just—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(Interjecting)</w:t>
      </w:r>
      <w:r>
        <w:rPr>
          <w:rFonts w:ascii="Times New Roman" w:hAnsi="Times New Roman"/>
          <w:b w:val="0"/>
          <w:i w:val="0"/>
          <w:color w:val="000000"/>
          <w:sz w:val="32"/>
        </w:rPr>
        <w:t xml:space="preserve">: </w:t>
      </w:r>
      <w:r>
        <w:rPr>
          <w:rFonts w:ascii="Times New Roman" w:hAnsi="Times New Roman"/>
          <w:b w:val="0"/>
          <w:i w:val="0"/>
          <w:color w:val="000000"/>
          <w:sz w:val="32"/>
        </w:rPr>
        <w:t>Praised you? Sorry—I was there—</w:t>
      </w:r>
      <w:r>
        <w:rPr>
          <w:rFonts w:ascii="Times New Roman" w:hAnsi="Times New Roman"/>
          <w:b w:val="0"/>
          <w:i/>
          <w:color w:val="000000"/>
          <w:sz w:val="32"/>
        </w:rPr>
        <w:t>(A nod toward Will Shakespeare)</w:t>
      </w:r>
      <w:r>
        <w:rPr>
          <w:rFonts w:ascii="Times New Roman" w:hAnsi="Times New Roman"/>
          <w:b w:val="0"/>
          <w:i w:val="0"/>
          <w:color w:val="000000"/>
          <w:sz w:val="32"/>
        </w:rPr>
        <w:t>—so was Will, remember?—more like playing with you. Cat n’ mouse. Didn’t pick up?</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(Unsure)</w:t>
      </w:r>
      <w:r>
        <w:rPr>
          <w:rFonts w:ascii="Times New Roman" w:hAnsi="Times New Roman"/>
          <w:b w:val="0"/>
          <w:i w:val="0"/>
          <w:color w:val="000000"/>
          <w:sz w:val="32"/>
        </w:rPr>
        <w:t xml:space="preserve">: </w:t>
      </w:r>
      <w:r>
        <w:rPr>
          <w:rFonts w:ascii="Times New Roman" w:hAnsi="Times New Roman"/>
          <w:b w:val="0"/>
          <w:i w:val="0"/>
          <w:color w:val="000000"/>
          <w:sz w:val="32"/>
        </w:rPr>
        <w:t>You think ...?</w:t>
      </w:r>
    </w:p>
    <w:p>
      <w:pPr>
        <w:keepNext w:val="0"/>
        <w:spacing w:before="140" w:after="80" w:line="276" w:lineRule="auto"/>
        <w:ind w:left="0" w:right="0" w:firstLine="0"/>
      </w:pPr>
      <w:r>
        <w:rPr>
          <w:rFonts w:ascii="Times New Roman" w:hAnsi="Times New Roman"/>
          <w:b w:val="0"/>
          <w:i/>
          <w:color w:val="000000"/>
          <w:sz w:val="32"/>
        </w:rPr>
        <w:t>(Ben Jonson and Edward de Vere nod, Will Shakespeare looks away.)</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(Settled)</w:t>
      </w:r>
      <w:r>
        <w:rPr>
          <w:rFonts w:ascii="Times New Roman" w:hAnsi="Times New Roman"/>
          <w:b w:val="0"/>
          <w:i w:val="0"/>
          <w:color w:val="000000"/>
          <w:sz w:val="32"/>
        </w:rPr>
        <w:t xml:space="preserve">: </w:t>
      </w:r>
      <w:r>
        <w:rPr>
          <w:rFonts w:ascii="Times New Roman" w:hAnsi="Times New Roman"/>
          <w:b w:val="0"/>
          <w:i w:val="0"/>
          <w:color w:val="000000"/>
          <w:sz w:val="32"/>
        </w:rPr>
        <w:t>My sexuality then.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That’s ...manageable.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Your blasphemy, Kit.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You’ve angered her.</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If you weren’t so ...so demonstrative about it—there are those think like you, but keep it...keep it in.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Bending to public opinion, are we?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The public doesn’t give a dam what we do, Kit—never has—can’t say the same for the privy council.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(Dipping quill into ink, almost to himself)</w:t>
      </w:r>
      <w:r>
        <w:rPr>
          <w:rFonts w:ascii="Times New Roman" w:hAnsi="Times New Roman"/>
          <w:b w:val="0"/>
          <w:i w:val="0"/>
          <w:color w:val="000000"/>
          <w:sz w:val="32"/>
        </w:rPr>
        <w:t xml:space="preserve">: </w:t>
      </w:r>
      <w:r>
        <w:rPr>
          <w:rFonts w:ascii="Times New Roman" w:hAnsi="Times New Roman"/>
          <w:b w:val="0"/>
          <w:i w:val="0"/>
          <w:color w:val="000000"/>
          <w:sz w:val="32"/>
        </w:rPr>
        <w:t>True or not, to many you're a heretic, Kit. As Edward says, you’ve no longer support of the Queen, without which, well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(Not liking him)</w:t>
      </w:r>
      <w:r>
        <w:rPr>
          <w:rFonts w:ascii="Times New Roman" w:hAnsi="Times New Roman"/>
          <w:b w:val="0"/>
          <w:i w:val="0"/>
          <w:color w:val="000000"/>
          <w:sz w:val="32"/>
        </w:rPr>
        <w:t xml:space="preserve">: </w:t>
      </w:r>
      <w:r>
        <w:rPr>
          <w:rFonts w:ascii="Times New Roman" w:hAnsi="Times New Roman"/>
          <w:b w:val="0"/>
          <w:i w:val="0"/>
          <w:color w:val="000000"/>
          <w:sz w:val="32"/>
        </w:rPr>
        <w:t>Put a sock in it,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(As strong, pen poised, with a wry smile)</w:t>
      </w:r>
      <w:r>
        <w:rPr>
          <w:rFonts w:ascii="Times New Roman" w:hAnsi="Times New Roman"/>
          <w:b w:val="0"/>
          <w:i w:val="0"/>
          <w:color w:val="000000"/>
          <w:sz w:val="32"/>
        </w:rPr>
        <w:t xml:space="preserve">: </w:t>
      </w:r>
      <w:r>
        <w:rPr>
          <w:rFonts w:ascii="Times New Roman" w:hAnsi="Times New Roman"/>
          <w:b w:val="0"/>
          <w:i w:val="0"/>
          <w:color w:val="000000"/>
          <w:sz w:val="32"/>
        </w:rPr>
        <w:t>Would if I had one, Kit.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Not the “I’m so poor” again, please,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Edward, thou art witty!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(Trying to divert)</w:t>
      </w:r>
      <w:r>
        <w:rPr>
          <w:rFonts w:ascii="Times New Roman" w:hAnsi="Times New Roman"/>
          <w:b w:val="0"/>
          <w:i w:val="0"/>
          <w:color w:val="000000"/>
          <w:sz w:val="32"/>
        </w:rPr>
        <w:t xml:space="preserve">: </w:t>
      </w:r>
      <w:r>
        <w:rPr>
          <w:rFonts w:ascii="Times New Roman" w:hAnsi="Times New Roman"/>
          <w:b w:val="0"/>
          <w:i w:val="0"/>
          <w:color w:val="000000"/>
          <w:sz w:val="32"/>
        </w:rPr>
        <w:t>Please, times difficult enough. I worry for thee, Kit. It may be—</w:t>
      </w:r>
    </w:p>
    <w:p>
      <w:pPr>
        <w:keepNext w:val="0"/>
        <w:spacing w:before="140" w:after="80" w:line="276" w:lineRule="auto"/>
        <w:ind w:left="0" w:right="0" w:firstLine="0"/>
      </w:pPr>
      <w:r>
        <w:rPr>
          <w:rFonts w:ascii="Times New Roman" w:hAnsi="Times New Roman"/>
          <w:b w:val="0"/>
          <w:i/>
          <w:color w:val="000000"/>
          <w:sz w:val="32"/>
        </w:rPr>
        <w:t>(His words are drowned out by sudden heavy rain. They all look up at the ceiling, including the Barman, who has returned and pours more ale into Marlowe’s cup as they listen, nervously.</w:t>
        <w:br/>
        <w:br/>
        <w:t>Barman goes from one to another, pouring.</w:t>
        <w:br/>
        <w:br/>
        <w:t>Pan away from interior to exterior of the pub pelted by rain, to water, swans, then a village cottage, evening twilight, pelted by the same rain, then an interior.</w:t>
        <w:br/>
        <w:br/>
        <w:t>The cottage’s great room. Sound of rain.</w:t>
        <w:br/>
        <w:br/>
        <w:t>Anne, in her mid to late thirties, delicately pretty, weary, sits at a large table, pile of books at her elbow, reading. Now and then she sees something of interest and writes it down. She looks up at ceiling, taking in the sound of the rain, then back to her work. Lit candles on the table.</w:t>
        <w:br/>
        <w:br/>
        <w:t>Twins Hamnet and Judith, age six, bounce on a large, lumpy bed across the room, roll off the bed, bump their heads, mock cry, get back on, bounce again, fight, etc.</w:t>
        <w:br/>
        <w:br/>
        <w:t>Susanna, ten or eleven, sits across from her mother, writing in an accounts book, sets down pen, pulls her cap over her ears to shut out the sound of the rambunctious twins as well as the rain.)</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(Looking at Susanna)</w:t>
      </w:r>
      <w:r>
        <w:rPr>
          <w:rFonts w:ascii="Times New Roman" w:hAnsi="Times New Roman"/>
          <w:b w:val="0"/>
          <w:i w:val="0"/>
          <w:color w:val="000000"/>
          <w:sz w:val="32"/>
        </w:rPr>
        <w:t xml:space="preserve">: </w:t>
      </w:r>
      <w:r>
        <w:rPr>
          <w:rFonts w:ascii="Times New Roman" w:hAnsi="Times New Roman"/>
          <w:b w:val="0"/>
          <w:i w:val="0"/>
          <w:color w:val="000000"/>
          <w:sz w:val="32"/>
        </w:rPr>
        <w:t>I know, I know, my dear Susanna—will be nice when these rains stop, and we can ship Hamnet and Judith outdoors where they belong.</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(Sounding older than her age, leaning forward)</w:t>
      </w:r>
      <w:r>
        <w:rPr>
          <w:rFonts w:ascii="Times New Roman" w:hAnsi="Times New Roman"/>
          <w:b w:val="0"/>
          <w:i w:val="0"/>
          <w:color w:val="000000"/>
          <w:sz w:val="32"/>
        </w:rPr>
        <w:t xml:space="preserve">: </w:t>
      </w:r>
      <w:r>
        <w:rPr>
          <w:rFonts w:ascii="Times New Roman" w:hAnsi="Times New Roman"/>
          <w:b w:val="0"/>
          <w:i w:val="0"/>
          <w:color w:val="000000"/>
          <w:sz w:val="32"/>
        </w:rPr>
        <w:t>What did you say, 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I said, will be good when the twins can get some exercise—outside! Let them torment ducks and swans ...rather than us.</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 xml:space="preserve">I second that. </w:t>
      </w:r>
      <w:r>
        <w:rPr>
          <w:rFonts w:ascii="Times New Roman" w:hAnsi="Times New Roman"/>
          <w:b w:val="0"/>
          <w:i/>
          <w:color w:val="000000"/>
          <w:sz w:val="32"/>
        </w:rPr>
        <w:t>(Indicating accounts book, hesitatingly)</w:t>
      </w:r>
      <w:r>
        <w:rPr>
          <w:rFonts w:ascii="Times New Roman" w:hAnsi="Times New Roman"/>
          <w:b w:val="0"/>
          <w:i w:val="0"/>
          <w:color w:val="000000"/>
          <w:sz w:val="32"/>
        </w:rPr>
        <w:t xml:space="preserve"> Mother, mother, I need tell you ...we're in arrears.</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color w:val="000000"/>
          <w:sz w:val="32"/>
        </w:rPr>
        <w:t xml:space="preserve"> (Who have been listening, with a look at each other)</w:t>
      </w:r>
      <w:r>
        <w:rPr>
          <w:rFonts w:ascii="Times New Roman" w:hAnsi="Times New Roman"/>
          <w:b w:val="0"/>
          <w:i w:val="0"/>
          <w:color w:val="000000"/>
          <w:sz w:val="32"/>
        </w:rPr>
        <w:t xml:space="preserve">: </w:t>
      </w:r>
      <w:r>
        <w:rPr>
          <w:rFonts w:ascii="Times New Roman" w:hAnsi="Times New Roman"/>
          <w:b w:val="0"/>
          <w:i w:val="0"/>
          <w:color w:val="000000"/>
          <w:sz w:val="32"/>
        </w:rPr>
        <w:t>Ducks and swans! Ducks and swans! We love chasing ducks and swans!</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(Taking a swing at Judith, intending to miss)</w:t>
      </w:r>
      <w:r>
        <w:rPr>
          <w:rFonts w:ascii="Times New Roman" w:hAnsi="Times New Roman"/>
          <w:b w:val="0"/>
          <w:i w:val="0"/>
          <w:color w:val="000000"/>
          <w:sz w:val="32"/>
        </w:rPr>
        <w:t xml:space="preserve">: </w:t>
      </w:r>
      <w:r>
        <w:rPr>
          <w:rFonts w:ascii="Times New Roman" w:hAnsi="Times New Roman"/>
          <w:b w:val="0"/>
          <w:i w:val="0"/>
          <w:color w:val="000000"/>
          <w:sz w:val="32"/>
        </w:rPr>
        <w:t>Duck!</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color w:val="000000"/>
          <w:sz w:val="32"/>
        </w:rPr>
        <w:t xml:space="preserve"> (Pretending to swoon)</w:t>
      </w:r>
      <w:r>
        <w:rPr>
          <w:rFonts w:ascii="Times New Roman" w:hAnsi="Times New Roman"/>
          <w:b w:val="0"/>
          <w:i w:val="0"/>
          <w:color w:val="000000"/>
          <w:sz w:val="32"/>
        </w:rPr>
        <w:t xml:space="preserve">: </w:t>
      </w:r>
      <w:r>
        <w:rPr>
          <w:rFonts w:ascii="Times New Roman" w:hAnsi="Times New Roman"/>
          <w:b w:val="0"/>
          <w:i w:val="0"/>
          <w:color w:val="000000"/>
          <w:sz w:val="32"/>
        </w:rPr>
        <w:t>Swan!</w:t>
      </w:r>
    </w:p>
    <w:p>
      <w:pPr>
        <w:keepNext w:val="0"/>
        <w:spacing w:before="140" w:after="80" w:line="276" w:lineRule="auto"/>
        <w:ind w:left="0" w:right="0" w:firstLine="0"/>
      </w:pPr>
      <w:r>
        <w:rPr>
          <w:rFonts w:ascii="Times New Roman" w:hAnsi="Times New Roman"/>
          <w:b w:val="0"/>
          <w:i/>
          <w:color w:val="000000"/>
          <w:sz w:val="32"/>
        </w:rPr>
        <w:t>(They roll off the bed in a faint making sighing, gurgling, sounds.)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(Harried, with grudging admiration)</w:t>
      </w:r>
      <w:r>
        <w:rPr>
          <w:rFonts w:ascii="Times New Roman" w:hAnsi="Times New Roman"/>
          <w:b w:val="0"/>
          <w:i w:val="0"/>
          <w:color w:val="000000"/>
          <w:sz w:val="32"/>
        </w:rPr>
        <w:t xml:space="preserve">: </w:t>
      </w:r>
      <w:r>
        <w:rPr>
          <w:rFonts w:ascii="Times New Roman" w:hAnsi="Times New Roman"/>
          <w:b w:val="0"/>
          <w:i w:val="0"/>
          <w:color w:val="000000"/>
          <w:sz w:val="32"/>
        </w:rPr>
        <w:t>They’ve their father's gifts ...for disturbing the peace.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(Frustrated)</w:t>
      </w:r>
      <w:r>
        <w:rPr>
          <w:rFonts w:ascii="Times New Roman" w:hAnsi="Times New Roman"/>
          <w:b w:val="0"/>
          <w:i w:val="0"/>
          <w:color w:val="000000"/>
          <w:sz w:val="32"/>
        </w:rPr>
        <w:t xml:space="preserve">: </w:t>
      </w:r>
      <w:r>
        <w:rPr>
          <w:rFonts w:ascii="Times New Roman" w:hAnsi="Times New Roman"/>
          <w:b w:val="0"/>
          <w:i w:val="0"/>
          <w:color w:val="000000"/>
          <w:sz w:val="32"/>
        </w:rPr>
        <w:t>Mother! Did you hear what I just said?</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I'm sorry, dear. You were asking what's for lunch ...?</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You weren't listening yet again. We’ve had our lunch!</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Poor as it was.</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I’m still hungry!</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(Ignoring Judith)</w:t>
      </w:r>
      <w:r>
        <w:rPr>
          <w:rFonts w:ascii="Times New Roman" w:hAnsi="Times New Roman"/>
          <w:b w:val="0"/>
          <w:i w:val="0"/>
          <w:color w:val="000000"/>
          <w:sz w:val="32"/>
        </w:rPr>
        <w:t xml:space="preserve">: </w:t>
      </w:r>
      <w:r>
        <w:rPr>
          <w:rFonts w:ascii="Times New Roman" w:hAnsi="Times New Roman"/>
          <w:b w:val="0"/>
          <w:i w:val="0"/>
          <w:color w:val="000000"/>
          <w:sz w:val="32"/>
        </w:rPr>
        <w:t>Your head’s elsewhere. I was saying, mother—we're in arrears.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Not serious, is it?</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Never good to owe money, mother...to be in arrears.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 xml:space="preserve">Such a big word—arrears! </w:t>
      </w:r>
      <w:r>
        <w:rPr>
          <w:rFonts w:ascii="Times New Roman" w:hAnsi="Times New Roman"/>
          <w:b w:val="0"/>
          <w:i/>
          <w:color w:val="000000"/>
          <w:sz w:val="32"/>
        </w:rPr>
        <w:t>(Making fun.)</w:t>
      </w:r>
      <w:r>
        <w:rPr>
          <w:rFonts w:ascii="Times New Roman" w:hAnsi="Times New Roman"/>
          <w:b w:val="0"/>
          <w:i w:val="0"/>
          <w:color w:val="000000"/>
          <w:sz w:val="32"/>
        </w:rPr>
        <w:t xml:space="preserve"> ‘‘The King says/‘ My army fears/ Another attack/ From arrears!’''</w:t>
      </w:r>
    </w:p>
    <w:p>
      <w:pPr>
        <w:keepNext w:val="0"/>
        <w:spacing w:before="140" w:after="80" w:line="276" w:lineRule="auto"/>
        <w:ind w:left="0" w:right="0" w:firstLine="0"/>
      </w:pPr>
      <w:r>
        <w:rPr>
          <w:rFonts w:ascii="Times New Roman" w:hAnsi="Times New Roman"/>
          <w:b w:val="0"/>
          <w:i/>
          <w:color w:val="000000"/>
          <w:sz w:val="32"/>
        </w:rPr>
        <w:t>(Susanna fixes her with a look.</w:t>
        <w:br/>
        <w:br/>
        <w:t>Well, you're right, of course—can't be good to be in arrears. Do excuse me.)</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Mother did another poem!</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About rears!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(Beaming)</w:t>
      </w:r>
      <w:r>
        <w:rPr>
          <w:rFonts w:ascii="Times New Roman" w:hAnsi="Times New Roman"/>
          <w:b w:val="0"/>
          <w:i w:val="0"/>
          <w:color w:val="000000"/>
          <w:sz w:val="32"/>
        </w:rPr>
        <w:t xml:space="preserve">: </w:t>
      </w:r>
      <w:r>
        <w:rPr>
          <w:rFonts w:ascii="Times New Roman" w:hAnsi="Times New Roman"/>
          <w:b w:val="0"/>
          <w:i w:val="0"/>
          <w:color w:val="000000"/>
          <w:sz w:val="32"/>
        </w:rPr>
        <w:t>Not bad for off the cuff, eh, my dears?</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Let us try!</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color w:val="000000"/>
          <w:sz w:val="32"/>
        </w:rPr>
        <w:t xml:space="preserve"> (Whisper to each other, Judith nods vigorously, Hamnet nods vigorously, they climb back onto the bed, bottoms up)</w:t>
      </w:r>
      <w:r>
        <w:rPr>
          <w:rFonts w:ascii="Times New Roman" w:hAnsi="Times New Roman"/>
          <w:b w:val="0"/>
          <w:i w:val="0"/>
          <w:color w:val="000000"/>
          <w:sz w:val="32"/>
        </w:rPr>
        <w:t xml:space="preserve">: </w:t>
      </w:r>
      <w:r>
        <w:rPr>
          <w:rFonts w:ascii="Times New Roman" w:hAnsi="Times New Roman"/>
          <w:b w:val="0"/>
          <w:i w:val="0"/>
          <w:color w:val="000000"/>
          <w:sz w:val="32"/>
        </w:rPr>
        <w:t>Arrears! Arrears!/ Mother's got one,/ Susanna's got one!/ Everyone's got an arrears!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(Applauding lightly)</w:t>
      </w:r>
      <w:r>
        <w:rPr>
          <w:rFonts w:ascii="Times New Roman" w:hAnsi="Times New Roman"/>
          <w:b w:val="0"/>
          <w:i w:val="0"/>
          <w:color w:val="000000"/>
          <w:sz w:val="32"/>
        </w:rPr>
        <w:t xml:space="preserve">: </w:t>
      </w:r>
      <w:r>
        <w:rPr>
          <w:rFonts w:ascii="Times New Roman" w:hAnsi="Times New Roman"/>
          <w:b w:val="0"/>
          <w:i w:val="0"/>
          <w:color w:val="000000"/>
          <w:sz w:val="32"/>
        </w:rPr>
        <w:t xml:space="preserve">Very nice, my sweets. </w:t>
      </w:r>
      <w:r>
        <w:rPr>
          <w:rFonts w:ascii="Times New Roman" w:hAnsi="Times New Roman"/>
          <w:b w:val="0"/>
          <w:i/>
          <w:color w:val="000000"/>
          <w:sz w:val="32"/>
        </w:rPr>
        <w:t>(To ANNE)</w:t>
      </w:r>
      <w:r>
        <w:rPr>
          <w:rFonts w:ascii="Times New Roman" w:hAnsi="Times New Roman"/>
          <w:b w:val="0"/>
          <w:i w:val="0"/>
          <w:color w:val="000000"/>
          <w:sz w:val="32"/>
        </w:rPr>
        <w:t xml:space="preserve"> I shouldn’t worry, father will provide, always does ...eventually.</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(Not convinced)</w:t>
      </w:r>
      <w:r>
        <w:rPr>
          <w:rFonts w:ascii="Times New Roman" w:hAnsi="Times New Roman"/>
          <w:b w:val="0"/>
          <w:i w:val="0"/>
          <w:color w:val="000000"/>
          <w:sz w:val="32"/>
        </w:rPr>
        <w:t xml:space="preserve">: </w:t>
      </w:r>
      <w:r>
        <w:rPr>
          <w:rFonts w:ascii="Times New Roman" w:hAnsi="Times New Roman"/>
          <w:b w:val="0"/>
          <w:i w:val="0"/>
          <w:color w:val="000000"/>
          <w:sz w:val="32"/>
        </w:rPr>
        <w:t>Maybe, but a few quid would go nicely now.</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(To the twins)</w:t>
      </w:r>
      <w:r>
        <w:rPr>
          <w:rFonts w:ascii="Times New Roman" w:hAnsi="Times New Roman"/>
          <w:b w:val="0"/>
          <w:i w:val="0"/>
          <w:color w:val="000000"/>
          <w:sz w:val="32"/>
        </w:rPr>
        <w:t xml:space="preserve">: </w:t>
      </w:r>
      <w:r>
        <w:rPr>
          <w:rFonts w:ascii="Times New Roman" w:hAnsi="Times New Roman"/>
          <w:b w:val="0"/>
          <w:i w:val="0"/>
          <w:color w:val="000000"/>
          <w:sz w:val="32"/>
        </w:rPr>
        <w:t xml:space="preserve">Lower your bottoms, dears! They’re not so cute as your charming poem. </w:t>
      </w:r>
      <w:r>
        <w:rPr>
          <w:rFonts w:ascii="Times New Roman" w:hAnsi="Times New Roman"/>
          <w:b w:val="0"/>
          <w:i/>
          <w:color w:val="000000"/>
          <w:sz w:val="32"/>
        </w:rPr>
        <w:t>(Sudden thought, jotting a note, excited.)</w:t>
      </w:r>
      <w:r>
        <w:rPr>
          <w:rFonts w:ascii="Times New Roman" w:hAnsi="Times New Roman"/>
          <w:b w:val="0"/>
          <w:i w:val="0"/>
          <w:color w:val="000000"/>
          <w:sz w:val="32"/>
        </w:rPr>
        <w:t xml:space="preserve"> But good name for a character—don’t you think?—Bottoms! Your father likes silly names—maybe he’d like ‘Bottoms.’</w:t>
      </w:r>
    </w:p>
    <w:p>
      <w:pPr>
        <w:keepNext w:val="0"/>
        <w:spacing w:before="140" w:after="80" w:line="276" w:lineRule="auto"/>
        <w:ind w:left="0" w:right="0" w:firstLine="0"/>
      </w:pPr>
      <w:r>
        <w:rPr>
          <w:rFonts w:ascii="Times New Roman" w:hAnsi="Times New Roman"/>
          <w:b w:val="0"/>
          <w:i/>
          <w:color w:val="000000"/>
          <w:sz w:val="32"/>
        </w:rPr>
        <w:t>(Writing, sounding it.)</w:t>
      </w:r>
    </w:p>
    <w:p>
      <w:pPr>
        <w:keepNext w:val="0"/>
        <w:spacing w:before="0" w:after="80" w:line="276" w:lineRule="auto"/>
        <w:ind w:left="0" w:right="0" w:firstLine="0"/>
      </w:pPr>
      <w:r>
        <w:rPr>
          <w:rFonts w:ascii="Times New Roman" w:hAnsi="Times New Roman"/>
          <w:b w:val="0"/>
          <w:i w:val="0"/>
          <w:color w:val="000000"/>
          <w:sz w:val="32"/>
        </w:rPr>
        <w:t>“Bot-toms, Bot-toms,</w:t>
      </w:r>
    </w:p>
    <w:p>
      <w:pPr>
        <w:keepNext w:val="0"/>
        <w:spacing w:before="0" w:after="80" w:line="276" w:lineRule="auto"/>
        <w:ind w:left="0" w:right="0" w:firstLine="0"/>
      </w:pPr>
      <w:r>
        <w:rPr>
          <w:rFonts w:ascii="Times New Roman" w:hAnsi="Times New Roman"/>
          <w:b w:val="0"/>
          <w:i w:val="0"/>
          <w:color w:val="000000"/>
          <w:sz w:val="32"/>
        </w:rPr>
        <w:t>rein thyself in,</w:t>
      </w:r>
    </w:p>
    <w:p>
      <w:pPr>
        <w:keepNext w:val="0"/>
        <w:spacing w:before="0" w:after="80" w:line="276" w:lineRule="auto"/>
        <w:ind w:left="0" w:right="0" w:firstLine="0"/>
      </w:pPr>
      <w:r>
        <w:rPr>
          <w:rFonts w:ascii="Times New Roman" w:hAnsi="Times New Roman"/>
          <w:b w:val="0"/>
          <w:i w:val="0"/>
          <w:color w:val="000000"/>
          <w:sz w:val="32"/>
        </w:rPr>
        <w:t>thou art topsy-turvy!” ...</w:t>
      </w:r>
    </w:p>
    <w:p>
      <w:pPr>
        <w:keepNext w:val="0"/>
        <w:spacing w:before="140" w:after="80" w:line="276" w:lineRule="auto"/>
        <w:ind w:left="0" w:right="0" w:firstLine="0"/>
      </w:pPr>
      <w:r>
        <w:rPr>
          <w:rFonts w:ascii="Times New Roman" w:hAnsi="Times New Roman"/>
          <w:b w:val="0"/>
          <w:i/>
          <w:color w:val="000000"/>
          <w:sz w:val="32"/>
        </w:rPr>
        <w:t>(Throws her arms up in the air.)</w:t>
      </w:r>
    </w:p>
    <w:p>
      <w:pPr>
        <w:keepNext w:val="0"/>
        <w:spacing w:before="0" w:after="80" w:line="276" w:lineRule="auto"/>
        <w:ind w:left="0" w:right="0" w:firstLine="0"/>
      </w:pPr>
      <w:r>
        <w:rPr>
          <w:rFonts w:ascii="Times New Roman" w:hAnsi="Times New Roman"/>
          <w:b w:val="0"/>
          <w:i w:val="0"/>
          <w:color w:val="000000"/>
          <w:sz w:val="32"/>
        </w:rPr>
        <w:t>Inspired, my loves, by you! What d’you think?</w:t>
      </w:r>
    </w:p>
    <w:p>
      <w:pPr>
        <w:keepNext w:val="0"/>
        <w:spacing w:before="140" w:after="80" w:line="276" w:lineRule="auto"/>
        <w:ind w:left="0" w:right="0" w:firstLine="0"/>
      </w:pPr>
      <w:r>
        <w:rPr>
          <w:rFonts w:ascii="Times New Roman" w:hAnsi="Times New Roman"/>
          <w:b w:val="0"/>
          <w:i/>
          <w:color w:val="000000"/>
          <w:sz w:val="32"/>
        </w:rPr>
        <w:t>(Susanne stares at her. The twins laugh, fall flat, sigh. Then loud dripping—a leak in the ceiling. The twins, looking up, spot it immediately.)</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val="0"/>
          <w:color w:val="000000"/>
          <w:sz w:val="32"/>
        </w:rPr>
        <w:t xml:space="preserve">: </w:t>
      </w:r>
      <w:r>
        <w:rPr>
          <w:rFonts w:ascii="Times New Roman" w:hAnsi="Times New Roman"/>
          <w:b w:val="0"/>
          <w:i w:val="0"/>
          <w:color w:val="000000"/>
          <w:sz w:val="32"/>
        </w:rPr>
        <w:t>Mother! Sister! Look—a leak! A leak! A leak!</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(Jumping up)</w:t>
      </w:r>
      <w:r>
        <w:rPr>
          <w:rFonts w:ascii="Times New Roman" w:hAnsi="Times New Roman"/>
          <w:b w:val="0"/>
          <w:i w:val="0"/>
          <w:color w:val="000000"/>
          <w:sz w:val="32"/>
        </w:rPr>
        <w:t xml:space="preserve">: </w:t>
      </w:r>
      <w:r>
        <w:rPr>
          <w:rFonts w:ascii="Times New Roman" w:hAnsi="Times New Roman"/>
          <w:b w:val="0"/>
          <w:i w:val="0"/>
          <w:color w:val="000000"/>
          <w:sz w:val="32"/>
        </w:rPr>
        <w:t xml:space="preserve">A bucket! </w:t>
      </w:r>
      <w:r>
        <w:rPr>
          <w:rFonts w:ascii="Times New Roman" w:hAnsi="Times New Roman"/>
          <w:b w:val="0"/>
          <w:i/>
          <w:color w:val="000000"/>
          <w:sz w:val="32"/>
        </w:rPr>
        <w:t>(Looking at twins, having fun, mimicking them)</w:t>
      </w:r>
      <w:r>
        <w:rPr>
          <w:rFonts w:ascii="Times New Roman" w:hAnsi="Times New Roman"/>
          <w:b w:val="0"/>
          <w:i w:val="0"/>
          <w:color w:val="000000"/>
          <w:sz w:val="32"/>
        </w:rPr>
        <w:t>: A bucket, a bucket, a bucket!</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Oh dear—told your father the roof needed mending...some has fallen into the alley!</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val="0"/>
          <w:color w:val="000000"/>
          <w:sz w:val="32"/>
        </w:rPr>
        <w:t xml:space="preserve">: </w:t>
      </w:r>
      <w:r>
        <w:rPr>
          <w:rFonts w:ascii="Times New Roman" w:hAnsi="Times New Roman"/>
          <w:b w:val="0"/>
          <w:i w:val="0"/>
          <w:color w:val="000000"/>
          <w:sz w:val="32"/>
        </w:rPr>
        <w:t>A bucket, a bucket—Susana says we need a bucket!</w:t>
      </w:r>
    </w:p>
    <w:p>
      <w:pPr>
        <w:keepNext w:val="0"/>
        <w:spacing w:before="140" w:after="80" w:line="276" w:lineRule="auto"/>
        <w:ind w:left="0" w:right="0" w:firstLine="0"/>
      </w:pPr>
      <w:r>
        <w:rPr>
          <w:rFonts w:ascii="Times New Roman" w:hAnsi="Times New Roman"/>
          <w:b w:val="0"/>
          <w:i/>
          <w:color w:val="000000"/>
          <w:sz w:val="32"/>
        </w:rPr>
        <w:t>(They repeat, becoming distant as we fade to the pub, along the way people sheltering from the rain or walking or riding in it, heads down.</w:t>
        <w:br/>
        <w:br/>
        <w:t>In the pub, the same four we left in conversation.)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(Continuing a thought, worried about the Barman, looking furtively his way, sotto voce)</w:t>
      </w:r>
      <w:r>
        <w:rPr>
          <w:rFonts w:ascii="Times New Roman" w:hAnsi="Times New Roman"/>
          <w:b w:val="0"/>
          <w:i w:val="0"/>
          <w:color w:val="000000"/>
          <w:sz w:val="32"/>
        </w:rPr>
        <w:t xml:space="preserve">: </w:t>
      </w:r>
      <w:r>
        <w:rPr>
          <w:rFonts w:ascii="Times New Roman" w:hAnsi="Times New Roman"/>
          <w:b w:val="0"/>
          <w:i w:val="0"/>
          <w:color w:val="000000"/>
          <w:sz w:val="32"/>
        </w:rPr>
        <w:t>...yes...in case I have to leave quickly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The country you mean?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(Drily)</w:t>
      </w:r>
      <w:r>
        <w:rPr>
          <w:rFonts w:ascii="Times New Roman" w:hAnsi="Times New Roman"/>
          <w:b w:val="0"/>
          <w:i w:val="0"/>
          <w:color w:val="000000"/>
          <w:sz w:val="32"/>
        </w:rPr>
        <w:t xml:space="preserve">: </w:t>
      </w:r>
      <w:r>
        <w:rPr>
          <w:rFonts w:ascii="Times New Roman" w:hAnsi="Times New Roman"/>
          <w:b w:val="0"/>
          <w:i w:val="0"/>
          <w:color w:val="000000"/>
          <w:sz w:val="32"/>
        </w:rPr>
        <w:t>Yea. Leave England—sad, sad—my own country.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To France you think?</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Perhaps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(Genuinely concerned)</w:t>
      </w:r>
      <w:r>
        <w:rPr>
          <w:rFonts w:ascii="Times New Roman" w:hAnsi="Times New Roman"/>
          <w:b w:val="0"/>
          <w:i w:val="0"/>
          <w:color w:val="000000"/>
          <w:sz w:val="32"/>
        </w:rPr>
        <w:t xml:space="preserve">: </w:t>
      </w:r>
      <w:r>
        <w:rPr>
          <w:rFonts w:ascii="Times New Roman" w:hAnsi="Times New Roman"/>
          <w:b w:val="0"/>
          <w:i w:val="0"/>
          <w:color w:val="000000"/>
          <w:sz w:val="32"/>
        </w:rPr>
        <w:t>They might be looking for you there, Kit—the French, I mean. The spying and all.</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(Subtly moved by his tone)</w:t>
      </w:r>
      <w:r>
        <w:rPr>
          <w:rFonts w:ascii="Times New Roman" w:hAnsi="Times New Roman"/>
          <w:b w:val="0"/>
          <w:i w:val="0"/>
          <w:color w:val="000000"/>
          <w:sz w:val="32"/>
        </w:rPr>
        <w:t xml:space="preserve">: </w:t>
      </w:r>
      <w:r>
        <w:rPr>
          <w:rFonts w:ascii="Times New Roman" w:hAnsi="Times New Roman"/>
          <w:b w:val="0"/>
          <w:i w:val="0"/>
          <w:color w:val="000000"/>
          <w:sz w:val="32"/>
        </w:rPr>
        <w:t xml:space="preserve">Likely ...perhaps Italy then. Maybe inspire a play on Caesar and friends—long been an urge. Can’t think anywhere else livable for the likes of me. Or who’d have me. </w:t>
      </w:r>
      <w:r>
        <w:rPr>
          <w:rFonts w:ascii="Times New Roman" w:hAnsi="Times New Roman"/>
          <w:b w:val="0"/>
          <w:i/>
          <w:color w:val="000000"/>
          <w:sz w:val="32"/>
        </w:rPr>
        <w:t>(Pause, then looking at them, brightly)</w:t>
      </w:r>
      <w:r>
        <w:rPr>
          <w:rFonts w:ascii="Times New Roman" w:hAnsi="Times New Roman"/>
          <w:b w:val="0"/>
          <w:i w:val="0"/>
          <w:color w:val="000000"/>
          <w:sz w:val="32"/>
        </w:rPr>
        <w:t xml:space="preserve"> Of course I’d need assistance.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Money?</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Surprised?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Never surprised by need for money. </w:t>
      </w:r>
      <w:r>
        <w:rPr>
          <w:rFonts w:ascii="Times New Roman" w:hAnsi="Times New Roman"/>
          <w:b w:val="0"/>
          <w:i/>
          <w:color w:val="000000"/>
          <w:sz w:val="32"/>
        </w:rPr>
        <w:t>(Turning to Edward De Vere)</w:t>
      </w:r>
      <w:r>
        <w:rPr>
          <w:rFonts w:ascii="Times New Roman" w:hAnsi="Times New Roman"/>
          <w:b w:val="0"/>
          <w:i w:val="0"/>
          <w:color w:val="000000"/>
          <w:sz w:val="32"/>
        </w:rPr>
        <w:t>: Edward?</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(Pretending ignorance)</w:t>
      </w:r>
      <w:r>
        <w:rPr>
          <w:rFonts w:ascii="Times New Roman" w:hAnsi="Times New Roman"/>
          <w:b w:val="0"/>
          <w:i w:val="0"/>
          <w:color w:val="000000"/>
          <w:sz w:val="32"/>
        </w:rPr>
        <w:t xml:space="preserve">: </w:t>
      </w:r>
      <w:r>
        <w:rPr>
          <w:rFonts w:ascii="Times New Roman" w:hAnsi="Times New Roman"/>
          <w:b w:val="0"/>
          <w:i w:val="0"/>
          <w:color w:val="000000"/>
          <w:sz w:val="32"/>
        </w:rPr>
        <w:t>Hmmm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Don’t be coy—you heard me.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Always me!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You’ve money. Talk about it all the time.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Didn’t mention it tonight!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Had a feeling, did you?</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Why not our Will come up with some cash one of these times? Had a hit or two.</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(Staring at blank paper, pen poised, flatly, shaking his head, a slight smile)</w:t>
      </w:r>
      <w:r>
        <w:rPr>
          <w:rFonts w:ascii="Times New Roman" w:hAnsi="Times New Roman"/>
          <w:b w:val="0"/>
          <w:i w:val="0"/>
          <w:color w:val="000000"/>
          <w:sz w:val="32"/>
        </w:rPr>
        <w:t xml:space="preserve">: </w:t>
      </w:r>
      <w:r>
        <w:rPr>
          <w:rFonts w:ascii="Times New Roman" w:hAnsi="Times New Roman"/>
          <w:b w:val="0"/>
          <w:i w:val="0"/>
          <w:color w:val="000000"/>
          <w:sz w:val="32"/>
        </w:rPr>
        <w:t>Many hits, yea—so, so many hits!—alas, my dear Edward, also many bad investments—no business head. Nothing works for me. Stratford home to need a new roof a year or two—the price of wooden roofs these days! Tempted to return to good old thatch. Buy more pasture for my sheep, my sheep die.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Serves you right—exploiting poor sheep.</w:t>
      </w:r>
    </w:p>
    <w:p>
      <w:pPr>
        <w:keepNext w:val="0"/>
        <w:spacing w:before="140" w:after="80" w:line="276" w:lineRule="auto"/>
        <w:ind w:left="0" w:right="0" w:firstLine="0"/>
      </w:pPr>
      <w:r>
        <w:rPr>
          <w:rFonts w:ascii="Times New Roman" w:hAnsi="Times New Roman"/>
          <w:b w:val="0"/>
          <w:i/>
          <w:color w:val="000000"/>
          <w:sz w:val="32"/>
        </w:rPr>
        <w:t>(Will Shakespeare smiles thinly.)</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Beat you to it, did I, Kit?</w:t>
      </w:r>
    </w:p>
    <w:p>
      <w:pPr>
        <w:keepNext w:val="0"/>
        <w:spacing w:before="140" w:after="80" w:line="276" w:lineRule="auto"/>
        <w:ind w:left="0" w:right="0" w:firstLine="0"/>
      </w:pPr>
      <w:r>
        <w:rPr>
          <w:rFonts w:ascii="Times New Roman" w:hAnsi="Times New Roman"/>
          <w:b w:val="0"/>
          <w:i/>
          <w:color w:val="000000"/>
          <w:sz w:val="32"/>
        </w:rPr>
        <w:t>(Kit Marlowe angrily begins to stand, but shaky he thinks better of it and sits heavily.)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I say...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(Eager to change the subject)</w:t>
      </w:r>
      <w:r>
        <w:rPr>
          <w:rFonts w:ascii="Times New Roman" w:hAnsi="Times New Roman"/>
          <w:b w:val="0"/>
          <w:i w:val="0"/>
          <w:color w:val="000000"/>
          <w:sz w:val="32"/>
        </w:rPr>
        <w:t xml:space="preserve">: </w:t>
      </w:r>
      <w:r>
        <w:rPr>
          <w:rFonts w:ascii="Times New Roman" w:hAnsi="Times New Roman"/>
          <w:b w:val="0"/>
          <w:i w:val="0"/>
          <w:color w:val="000000"/>
          <w:sz w:val="32"/>
        </w:rPr>
        <w:t>What, Edward? What do you say?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I say...can't we get along? We're here to write a show for the Queen’s birthday, a simple, light entertainment, at her request—at the Queen’s request—Kit’s infamous name on it or not—yet for all I see, we're just getting inebriated.</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(Offhand)</w:t>
      </w:r>
      <w:r>
        <w:rPr>
          <w:rFonts w:ascii="Times New Roman" w:hAnsi="Times New Roman"/>
          <w:b w:val="0"/>
          <w:i w:val="0"/>
          <w:color w:val="000000"/>
          <w:sz w:val="32"/>
        </w:rPr>
        <w:t xml:space="preserve">: </w:t>
      </w:r>
      <w:r>
        <w:rPr>
          <w:rFonts w:ascii="Times New Roman" w:hAnsi="Times New Roman"/>
          <w:b w:val="0"/>
          <w:i w:val="0"/>
          <w:color w:val="000000"/>
          <w:sz w:val="32"/>
        </w:rPr>
        <w:t>Nothing wrong with that, Edward—part of the process.</w:t>
      </w:r>
    </w:p>
    <w:p>
      <w:pPr>
        <w:keepNext w:val="0"/>
        <w:spacing w:before="140" w:after="80" w:line="276" w:lineRule="auto"/>
        <w:ind w:left="0" w:right="0" w:firstLine="0"/>
      </w:pPr>
      <w:r>
        <w:rPr>
          <w:rFonts w:ascii="Times New Roman" w:hAnsi="Times New Roman"/>
          <w:b w:val="0"/>
          <w:i/>
          <w:color w:val="000000"/>
          <w:sz w:val="32"/>
        </w:rPr>
        <w:t>(Falls off his chair, others except for Ben Jonson pretend they hadn’t seen it. They are used to this. Will Shakespeare hums as he peers over top of paper at Marlowe, perhaps jots a note. Ben Jonson helps Kit Marlowe stand. Kit Marlowe dusts himself off, primly pushes his hair back, sits.)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Already had a few then?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(Nodding)</w:t>
      </w:r>
      <w:r>
        <w:rPr>
          <w:rFonts w:ascii="Times New Roman" w:hAnsi="Times New Roman"/>
          <w:b w:val="0"/>
          <w:i w:val="0"/>
          <w:color w:val="000000"/>
          <w:sz w:val="32"/>
        </w:rPr>
        <w:t xml:space="preserve">: </w:t>
      </w:r>
      <w:r>
        <w:rPr>
          <w:rFonts w:ascii="Times New Roman" w:hAnsi="Times New Roman"/>
          <w:b w:val="0"/>
          <w:i w:val="0"/>
          <w:color w:val="000000"/>
          <w:sz w:val="32"/>
        </w:rPr>
        <w:t>London. No harm done. On the river, I mean—wasn’t the one rowing.</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Drunkin’ rowers a menace.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Test myself—long as I can quote Christopher Kit Marlowe, all’s well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 beat)</w:t>
      </w:r>
      <w:r>
        <w:rPr>
          <w:rFonts w:ascii="Times New Roman" w:hAnsi="Times New Roman"/>
          <w:b w:val="0"/>
          <w:i w:val="0"/>
          <w:color w:val="000000"/>
          <w:sz w:val="32"/>
        </w:rPr>
        <w:t xml:space="preserve">: </w:t>
      </w:r>
      <w:r>
        <w:rPr>
          <w:rFonts w:ascii="Times New Roman" w:hAnsi="Times New Roman"/>
          <w:b w:val="0"/>
          <w:i w:val="0"/>
          <w:color w:val="000000"/>
          <w:sz w:val="32"/>
        </w:rPr>
        <w:t>Can you then?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(Thinks, tries)</w:t>
      </w:r>
      <w:r>
        <w:rPr>
          <w:rFonts w:ascii="Times New Roman" w:hAnsi="Times New Roman"/>
          <w:b w:val="0"/>
          <w:i w:val="0"/>
          <w:color w:val="000000"/>
          <w:sz w:val="32"/>
        </w:rPr>
        <w:t xml:space="preserve">: </w:t>
      </w:r>
      <w:r>
        <w:rPr>
          <w:rFonts w:ascii="Times New Roman" w:hAnsi="Times New Roman"/>
          <w:b w:val="0"/>
          <w:i w:val="0"/>
          <w:color w:val="000000"/>
          <w:sz w:val="32"/>
        </w:rPr>
        <w:t>‘Come live ...come live’ ...‘Be my ...be my’...</w:t>
      </w:r>
      <w:r>
        <w:rPr>
          <w:rFonts w:ascii="Times New Roman" w:hAnsi="Times New Roman"/>
          <w:b w:val="0"/>
          <w:i/>
          <w:color w:val="000000"/>
          <w:sz w:val="32"/>
        </w:rPr>
        <w:t>(Mournfully)</w:t>
      </w:r>
      <w:r>
        <w:rPr>
          <w:rFonts w:ascii="Times New Roman" w:hAnsi="Times New Roman"/>
          <w:b w:val="0"/>
          <w:i w:val="0"/>
          <w:color w:val="000000"/>
          <w:sz w:val="32"/>
        </w:rPr>
        <w:t xml:space="preserve"> Given time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Edward, turn some pounds over to Kit—and prithee, not just a few.</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Really? So he can flee the country?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Come to it, that’s the idea—yea, so he can flee the country.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And he’ll repay me from...from where? Italy? France?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Come, some generosity, some nobility of the soul, less ...</w:t>
      </w:r>
      <w:r>
        <w:rPr>
          <w:rFonts w:ascii="Times New Roman" w:hAnsi="Times New Roman"/>
          <w:b w:val="0"/>
          <w:i/>
          <w:color w:val="000000"/>
          <w:sz w:val="32"/>
        </w:rPr>
        <w:t>(Glancing at Shakespeare)</w:t>
      </w:r>
      <w:r>
        <w:rPr>
          <w:rFonts w:ascii="Times New Roman" w:hAnsi="Times New Roman"/>
          <w:b w:val="0"/>
          <w:i w:val="0"/>
          <w:color w:val="000000"/>
          <w:sz w:val="32"/>
        </w:rPr>
        <w:t xml:space="preserve"> ...less like Will’s ...</w:t>
      </w:r>
      <w:r>
        <w:rPr>
          <w:rFonts w:ascii="Times New Roman" w:hAnsi="Times New Roman"/>
          <w:b w:val="0"/>
          <w:i/>
          <w:color w:val="000000"/>
          <w:sz w:val="32"/>
        </w:rPr>
        <w:t>(Backtracking his instinctive intent a little)</w:t>
      </w:r>
      <w:r>
        <w:rPr>
          <w:rFonts w:ascii="Times New Roman" w:hAnsi="Times New Roman"/>
          <w:b w:val="0"/>
          <w:i w:val="0"/>
          <w:color w:val="000000"/>
          <w:sz w:val="32"/>
        </w:rPr>
        <w:t xml:space="preserve"> ...pardon me, Will ...less like Will’s good old Shylock and his pound of flesh. We want to protect Kit’s—his flesh, I mean.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(Whimsically, looking up)</w:t>
      </w:r>
      <w:r>
        <w:rPr>
          <w:rFonts w:ascii="Times New Roman" w:hAnsi="Times New Roman"/>
          <w:b w:val="0"/>
          <w:i w:val="0"/>
          <w:color w:val="000000"/>
          <w:sz w:val="32"/>
        </w:rPr>
        <w:t xml:space="preserve">: </w:t>
      </w:r>
      <w:r>
        <w:rPr>
          <w:rFonts w:ascii="Times New Roman" w:hAnsi="Times New Roman"/>
          <w:b w:val="0"/>
          <w:i w:val="0"/>
          <w:color w:val="000000"/>
          <w:sz w:val="32"/>
        </w:rPr>
        <w:t>Thank you, Ben—my Shylock’s never been called ‘good old’ I remember ...he’d thank you for it.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(To Ben Jonson)</w:t>
      </w:r>
      <w:r>
        <w:rPr>
          <w:rFonts w:ascii="Times New Roman" w:hAnsi="Times New Roman"/>
          <w:b w:val="0"/>
          <w:i w:val="0"/>
          <w:color w:val="000000"/>
          <w:sz w:val="32"/>
        </w:rPr>
        <w:t xml:space="preserve">: </w:t>
      </w:r>
      <w:r>
        <w:rPr>
          <w:rFonts w:ascii="Times New Roman" w:hAnsi="Times New Roman"/>
          <w:b w:val="0"/>
          <w:i w:val="0"/>
          <w:color w:val="000000"/>
          <w:sz w:val="32"/>
        </w:rPr>
        <w:t>If ‘nobility of soul’s’ what you call 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(Quickly)</w:t>
      </w:r>
      <w:r>
        <w:rPr>
          <w:rFonts w:ascii="Times New Roman" w:hAnsi="Times New Roman"/>
          <w:b w:val="0"/>
          <w:i w:val="0"/>
          <w:color w:val="000000"/>
          <w:sz w:val="32"/>
        </w:rPr>
        <w:t xml:space="preserve">: </w:t>
      </w:r>
      <w:r>
        <w:rPr>
          <w:rFonts w:ascii="Times New Roman" w:hAnsi="Times New Roman"/>
          <w:b w:val="0"/>
          <w:i w:val="0"/>
          <w:color w:val="000000"/>
          <w:sz w:val="32"/>
        </w:rPr>
        <w:t>Then call it wise, if you wish.</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(Struck)</w:t>
      </w:r>
      <w:r>
        <w:rPr>
          <w:rFonts w:ascii="Times New Roman" w:hAnsi="Times New Roman"/>
          <w:b w:val="0"/>
          <w:i w:val="0"/>
          <w:color w:val="000000"/>
          <w:sz w:val="32"/>
        </w:rPr>
        <w:t xml:space="preserve">: </w:t>
      </w:r>
      <w:r>
        <w:rPr>
          <w:rFonts w:ascii="Times New Roman" w:hAnsi="Times New Roman"/>
          <w:b w:val="0"/>
          <w:i w:val="0"/>
          <w:color w:val="000000"/>
          <w:sz w:val="32"/>
        </w:rPr>
        <w:t>Wise? How so?</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Kit knows things—about you, me, Will, Thomas Kyd—us all. Maybe most be innocent—those things—but if they put a twist on them, as they can ...and do ...well, worries the Queen, even, all that Kit knows. </w:t>
      </w:r>
      <w:r>
        <w:rPr>
          <w:rFonts w:ascii="Times New Roman" w:hAnsi="Times New Roman"/>
          <w:b w:val="0"/>
          <w:i/>
          <w:color w:val="000000"/>
          <w:sz w:val="32"/>
        </w:rPr>
        <w:t>(Waits, then)</w:t>
      </w:r>
      <w:r>
        <w:rPr>
          <w:rFonts w:ascii="Times New Roman" w:hAnsi="Times New Roman"/>
          <w:b w:val="0"/>
          <w:i w:val="0"/>
          <w:color w:val="000000"/>
          <w:sz w:val="32"/>
        </w:rPr>
        <w:t xml:space="preserve"> Now, Edward—now you wish him to stay?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(Looking at KIT MARLOWE, then BEN JONSON, concerned)</w:t>
      </w:r>
      <w:r>
        <w:rPr>
          <w:rFonts w:ascii="Times New Roman" w:hAnsi="Times New Roman"/>
          <w:b w:val="0"/>
          <w:i w:val="0"/>
          <w:color w:val="000000"/>
          <w:sz w:val="32"/>
        </w:rPr>
        <w:t xml:space="preserve">: </w:t>
      </w:r>
      <w:r>
        <w:rPr>
          <w:rFonts w:ascii="Times New Roman" w:hAnsi="Times New Roman"/>
          <w:b w:val="0"/>
          <w:i w:val="0"/>
          <w:color w:val="000000"/>
          <w:sz w:val="32"/>
        </w:rPr>
        <w:t>He wouldn’t ...you wouldn’t, would you, Kit? Tattle on us? Run to the Queen? The...the others?</w:t>
      </w:r>
    </w:p>
    <w:p>
      <w:pPr>
        <w:keepNext w:val="0"/>
        <w:spacing w:before="140" w:after="80" w:line="276" w:lineRule="auto"/>
        <w:ind w:left="0" w:right="0" w:firstLine="0"/>
      </w:pPr>
      <w:r>
        <w:rPr>
          <w:rFonts w:ascii="Times New Roman" w:hAnsi="Times New Roman"/>
          <w:b w:val="0"/>
          <w:i/>
          <w:color w:val="000000"/>
          <w:sz w:val="32"/>
        </w:rPr>
        <w:t>(Kit Marlowe smirks, looks away, drinks.)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Kit? Not willingly ...never ...I’d wager my soul ...but they’ve ways. We all know that.</w:t>
      </w:r>
    </w:p>
    <w:p>
      <w:pPr>
        <w:keepNext w:val="0"/>
        <w:spacing w:before="140" w:after="80" w:line="276" w:lineRule="auto"/>
        <w:ind w:left="0" w:right="0" w:firstLine="0"/>
      </w:pPr>
      <w:r>
        <w:rPr>
          <w:rFonts w:ascii="Times New Roman" w:hAnsi="Times New Roman"/>
          <w:b w:val="0"/>
          <w:i/>
          <w:color w:val="000000"/>
          <w:sz w:val="32"/>
        </w:rPr>
        <w:t>(Marlowe glances at him, fear showing in his eyes, drinks again, deeply, looks down.)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(Regretting his comment, unconvincingly)</w:t>
      </w:r>
      <w:r>
        <w:rPr>
          <w:rFonts w:ascii="Times New Roman" w:hAnsi="Times New Roman"/>
          <w:b w:val="0"/>
          <w:i w:val="0"/>
          <w:color w:val="000000"/>
          <w:sz w:val="32"/>
        </w:rPr>
        <w:t xml:space="preserve">: </w:t>
      </w:r>
      <w:r>
        <w:rPr>
          <w:rFonts w:ascii="Times New Roman" w:hAnsi="Times New Roman"/>
          <w:b w:val="0"/>
          <w:i w:val="0"/>
          <w:color w:val="000000"/>
          <w:sz w:val="32"/>
        </w:rPr>
        <w:t>Not, Kit, that they’d ...</w:t>
      </w:r>
      <w:r>
        <w:rPr>
          <w:rFonts w:ascii="Times New Roman" w:hAnsi="Times New Roman"/>
          <w:b w:val="0"/>
          <w:i/>
          <w:color w:val="000000"/>
          <w:sz w:val="32"/>
        </w:rPr>
        <w:t>(Trails off)</w:t>
      </w:r>
    </w:p>
    <w:p>
      <w:pPr>
        <w:keepNext w:val="0"/>
        <w:spacing w:before="140" w:after="80" w:line="276" w:lineRule="auto"/>
        <w:ind w:left="0" w:right="0" w:firstLine="0"/>
      </w:pPr>
      <w:r>
        <w:rPr>
          <w:rFonts w:ascii="Times New Roman" w:hAnsi="Times New Roman"/>
          <w:b w:val="0"/>
          <w:i/>
          <w:color w:val="000000"/>
          <w:sz w:val="32"/>
        </w:rPr>
        <w:t>(A dark silence pervades the room. Linger on it, then with lighting change, cut to—</w:t>
        <w:br/>
        <w:br/>
        <w:t>—Thomas Kyd in a dungeon. Agents.)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Please, I beg of you!</w:t>
      </w:r>
    </w:p>
    <w:p>
      <w:pPr>
        <w:keepNext w:val="0"/>
        <w:spacing w:before="140" w:after="80" w:line="276" w:lineRule="auto"/>
        <w:ind w:left="0" w:right="0" w:firstLine="0"/>
      </w:pPr>
      <w:r>
        <w:rPr>
          <w:rFonts w:ascii="Times New Roman" w:hAnsi="Times New Roman"/>
          <w:b w:val="0"/>
          <w:i/>
          <w:color w:val="000000"/>
          <w:sz w:val="32"/>
        </w:rPr>
        <w:t>(Two hold him while a third slaps him about the face. He’s suddenly stoic.)</w:t>
      </w:r>
    </w:p>
    <w:p>
      <w:pPr>
        <w:keepNext w:val="0"/>
        <w:spacing w:before="0" w:after="80" w:line="276" w:lineRule="auto"/>
        <w:ind w:left="0" w:right="0" w:firstLine="0"/>
      </w:pPr>
      <w:r>
        <w:rPr>
          <w:rFonts w:ascii="Times New Roman" w:hAnsi="Times New Roman"/>
          <w:b/>
          <w:i w:val="0"/>
          <w:color w:val="000000"/>
          <w:sz w:val="32"/>
        </w:rPr>
        <w:t>AGENT</w:t>
      </w:r>
      <w:r>
        <w:rPr>
          <w:rFonts w:ascii="Times New Roman" w:hAnsi="Times New Roman"/>
          <w:b w:val="0"/>
          <w:i w:val="0"/>
          <w:color w:val="000000"/>
          <w:sz w:val="32"/>
        </w:rPr>
        <w:t xml:space="preserve">: </w:t>
      </w:r>
      <w:r>
        <w:rPr>
          <w:rFonts w:ascii="Times New Roman" w:hAnsi="Times New Roman"/>
          <w:b w:val="0"/>
          <w:i w:val="0"/>
          <w:color w:val="000000"/>
          <w:sz w:val="32"/>
        </w:rPr>
        <w:t>Ye don’t cry out? Come, come, give us some names—make them juicy ones.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No!</w:t>
      </w:r>
    </w:p>
    <w:p>
      <w:pPr>
        <w:keepNext w:val="0"/>
        <w:spacing w:before="0" w:after="80" w:line="276" w:lineRule="auto"/>
        <w:ind w:left="0" w:right="0" w:firstLine="0"/>
      </w:pPr>
      <w:r>
        <w:rPr>
          <w:rFonts w:ascii="Times New Roman" w:hAnsi="Times New Roman"/>
          <w:b/>
          <w:i w:val="0"/>
          <w:color w:val="000000"/>
          <w:sz w:val="32"/>
        </w:rPr>
        <w:t>AGENT</w:t>
      </w:r>
      <w:r>
        <w:rPr>
          <w:rFonts w:ascii="Times New Roman" w:hAnsi="Times New Roman"/>
          <w:b w:val="0"/>
          <w:i w:val="0"/>
          <w:color w:val="000000"/>
          <w:sz w:val="32"/>
        </w:rPr>
        <w:t xml:space="preserve">: </w:t>
      </w:r>
      <w:r>
        <w:rPr>
          <w:rFonts w:ascii="Times New Roman" w:hAnsi="Times New Roman"/>
          <w:b w:val="0"/>
          <w:i w:val="0"/>
          <w:color w:val="000000"/>
          <w:sz w:val="32"/>
        </w:rPr>
        <w:t>Tell us ‘bout these other fellow scribblers—there’s one, I heard—what doth he tell ye in the dark, ye sick fellows—or do ye wish to be your very own ‘Spanish Tragedy’?</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(Surprised)</w:t>
      </w:r>
      <w:r>
        <w:rPr>
          <w:rFonts w:ascii="Times New Roman" w:hAnsi="Times New Roman"/>
          <w:b w:val="0"/>
          <w:i w:val="0"/>
          <w:color w:val="000000"/>
          <w:sz w:val="32"/>
        </w:rPr>
        <w:t xml:space="preserve">: </w:t>
      </w:r>
      <w:r>
        <w:rPr>
          <w:rFonts w:ascii="Times New Roman" w:hAnsi="Times New Roman"/>
          <w:b w:val="0"/>
          <w:i w:val="0"/>
          <w:color w:val="000000"/>
          <w:sz w:val="32"/>
        </w:rPr>
        <w:t xml:space="preserve">You know of it? “The Spanish Tragedy”? Do you? </w:t>
      </w:r>
      <w:r>
        <w:rPr>
          <w:rFonts w:ascii="Times New Roman" w:hAnsi="Times New Roman"/>
          <w:b w:val="0"/>
          <w:i/>
          <w:color w:val="000000"/>
          <w:sz w:val="32"/>
        </w:rPr>
        <w:t>(Almost insanely, a writer’s pride)</w:t>
      </w:r>
      <w:r>
        <w:rPr>
          <w:rFonts w:ascii="Times New Roman" w:hAnsi="Times New Roman"/>
          <w:b w:val="0"/>
          <w:i w:val="0"/>
          <w:color w:val="000000"/>
          <w:sz w:val="32"/>
        </w:rPr>
        <w:t>: You know of my play? You saw ‘The Spanish Tragedy’? Where, prithee, where did you see it? When?</w:t>
      </w:r>
    </w:p>
    <w:p>
      <w:pPr>
        <w:keepNext w:val="0"/>
        <w:spacing w:before="0" w:after="80" w:line="276" w:lineRule="auto"/>
        <w:ind w:left="0" w:right="0" w:firstLine="0"/>
      </w:pPr>
      <w:r>
        <w:rPr>
          <w:rFonts w:ascii="Times New Roman" w:hAnsi="Times New Roman"/>
          <w:b/>
          <w:i w:val="0"/>
          <w:color w:val="000000"/>
          <w:sz w:val="32"/>
        </w:rPr>
        <w:t>AGENT</w:t>
      </w:r>
      <w:r>
        <w:rPr>
          <w:rFonts w:ascii="Times New Roman" w:hAnsi="Times New Roman"/>
          <w:b w:val="0"/>
          <w:i/>
          <w:color w:val="000000"/>
          <w:sz w:val="32"/>
        </w:rPr>
        <w:t xml:space="preserve"> (Enraged)</w:t>
      </w:r>
      <w:r>
        <w:rPr>
          <w:rFonts w:ascii="Times New Roman" w:hAnsi="Times New Roman"/>
          <w:b w:val="0"/>
          <w:i w:val="0"/>
          <w:color w:val="000000"/>
          <w:sz w:val="32"/>
        </w:rPr>
        <w:t xml:space="preserve">: </w:t>
      </w:r>
      <w:r>
        <w:rPr>
          <w:rFonts w:ascii="Times New Roman" w:hAnsi="Times New Roman"/>
          <w:b w:val="0"/>
          <w:i w:val="0"/>
          <w:color w:val="000000"/>
          <w:sz w:val="32"/>
        </w:rPr>
        <w:t>God’s blood—ye think I’ve time for ye sick words?—me a hard-working racker—such trying work—how I suffer racking traitors, yet ye do mock me? Do ye? Do ye mock me?!</w:t>
      </w:r>
    </w:p>
    <w:p>
      <w:pPr>
        <w:keepNext w:val="0"/>
        <w:spacing w:before="140" w:after="80" w:line="276" w:lineRule="auto"/>
        <w:ind w:left="0" w:right="0" w:firstLine="0"/>
      </w:pPr>
      <w:r>
        <w:rPr>
          <w:rFonts w:ascii="Times New Roman" w:hAnsi="Times New Roman"/>
          <w:b w:val="0"/>
          <w:i/>
          <w:color w:val="000000"/>
          <w:sz w:val="32"/>
        </w:rPr>
        <w:t>(The Agent strikes him in anger, Kyd cowering.</w:t>
        <w:br/>
        <w:br/>
        <w:t>Lighting change. The pub.</w:t>
        <w:br/>
        <w:br/>
        <w:t>Scratching sound.)</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color w:val="000000"/>
          <w:sz w:val="32"/>
        </w:rPr>
        <w:t>(Part mockingly, wanting to change the subject.)</w:t>
      </w:r>
      <w:r>
        <w:rPr>
          <w:rFonts w:ascii="Times New Roman" w:hAnsi="Times New Roman"/>
          <w:b w:val="0"/>
          <w:i w:val="0"/>
          <w:color w:val="000000"/>
          <w:sz w:val="32"/>
        </w:rPr>
        <w:t xml:space="preserve"> What's that I hear? Sounds like snoring ...yet somehow provocative.</w:t>
      </w:r>
    </w:p>
    <w:p>
      <w:pPr>
        <w:keepNext w:val="0"/>
        <w:spacing w:before="140" w:after="80" w:line="276" w:lineRule="auto"/>
        <w:ind w:left="0" w:right="0" w:firstLine="0"/>
      </w:pPr>
      <w:r>
        <w:rPr>
          <w:rFonts w:ascii="Times New Roman" w:hAnsi="Times New Roman"/>
          <w:b w:val="0"/>
          <w:i/>
          <w:color w:val="000000"/>
          <w:sz w:val="32"/>
        </w:rPr>
        <w:t>(Scratching sound intensifies.)</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(Also mockingly)</w:t>
      </w:r>
      <w:r>
        <w:rPr>
          <w:rFonts w:ascii="Times New Roman" w:hAnsi="Times New Roman"/>
          <w:b w:val="0"/>
          <w:i w:val="0"/>
          <w:color w:val="000000"/>
          <w:sz w:val="32"/>
        </w:rPr>
        <w:t xml:space="preserve">: </w:t>
      </w:r>
      <w:r>
        <w:rPr>
          <w:rFonts w:ascii="Times New Roman" w:hAnsi="Times New Roman"/>
          <w:b w:val="0"/>
          <w:i w:val="0"/>
          <w:color w:val="000000"/>
          <w:sz w:val="32"/>
        </w:rPr>
        <w:t>It's...it’s Will! Not snoring, but, but—writing!</w:t>
      </w:r>
    </w:p>
    <w:p>
      <w:pPr>
        <w:keepNext w:val="0"/>
        <w:spacing w:before="140" w:after="80" w:line="276" w:lineRule="auto"/>
        <w:ind w:left="0" w:right="0" w:firstLine="0"/>
      </w:pPr>
      <w:r>
        <w:rPr>
          <w:rFonts w:ascii="Times New Roman" w:hAnsi="Times New Roman"/>
          <w:b w:val="0"/>
          <w:i/>
          <w:color w:val="000000"/>
          <w:sz w:val="32"/>
        </w:rPr>
        <w:t>(They stare as we move to Shakespeare, who is noisily writing with his quill pen, dipping and writing. He’s clearly inspired, working swiftly.)</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(A little jealously)</w:t>
      </w:r>
      <w:r>
        <w:rPr>
          <w:rFonts w:ascii="Times New Roman" w:hAnsi="Times New Roman"/>
          <w:b w:val="0"/>
          <w:i w:val="0"/>
          <w:color w:val="000000"/>
          <w:sz w:val="32"/>
        </w:rPr>
        <w:t xml:space="preserve">: </w:t>
      </w:r>
      <w:r>
        <w:rPr>
          <w:rFonts w:ascii="Times New Roman" w:hAnsi="Times New Roman"/>
          <w:b w:val="0"/>
          <w:i w:val="0"/>
          <w:color w:val="000000"/>
          <w:sz w:val="32"/>
        </w:rPr>
        <w:t>Makes sense—soundin’ strange, I mean—none of us doin’ much of it lately.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(Defensively)</w:t>
      </w:r>
      <w:r>
        <w:rPr>
          <w:rFonts w:ascii="Times New Roman" w:hAnsi="Times New Roman"/>
          <w:b w:val="0"/>
          <w:i w:val="0"/>
          <w:color w:val="000000"/>
          <w:sz w:val="32"/>
        </w:rPr>
        <w:t xml:space="preserve">: </w:t>
      </w:r>
      <w:r>
        <w:rPr>
          <w:rFonts w:ascii="Times New Roman" w:hAnsi="Times New Roman"/>
          <w:b w:val="0"/>
          <w:i w:val="0"/>
          <w:color w:val="000000"/>
          <w:sz w:val="32"/>
        </w:rPr>
        <w:t>Me, temporary lull, that’s all—the times ...dealing with estate matters—get in the way, you know. Clear them up, then will resume.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(Laughingly)</w:t>
      </w:r>
      <w:r>
        <w:rPr>
          <w:rFonts w:ascii="Times New Roman" w:hAnsi="Times New Roman"/>
          <w:b w:val="0"/>
          <w:i w:val="0"/>
          <w:color w:val="000000"/>
          <w:sz w:val="32"/>
        </w:rPr>
        <w:t xml:space="preserve">: </w:t>
      </w:r>
      <w:r>
        <w:rPr>
          <w:rFonts w:ascii="Times New Roman" w:hAnsi="Times New Roman"/>
          <w:b w:val="0"/>
          <w:i w:val="0"/>
          <w:color w:val="000000"/>
          <w:sz w:val="32"/>
        </w:rPr>
        <w:t>Resume, Edward? Resume what?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(Reprimanding them)</w:t>
      </w:r>
      <w:r>
        <w:rPr>
          <w:rFonts w:ascii="Times New Roman" w:hAnsi="Times New Roman"/>
          <w:b w:val="0"/>
          <w:i w:val="0"/>
          <w:color w:val="000000"/>
          <w:sz w:val="32"/>
        </w:rPr>
        <w:t xml:space="preserve">: </w:t>
      </w:r>
      <w:r>
        <w:rPr>
          <w:rFonts w:ascii="Times New Roman" w:hAnsi="Times New Roman"/>
          <w:b w:val="0"/>
          <w:i w:val="0"/>
          <w:color w:val="000000"/>
          <w:sz w:val="32"/>
        </w:rPr>
        <w:t xml:space="preserve">Tush—man writing! </w:t>
      </w:r>
      <w:r>
        <w:rPr>
          <w:rFonts w:ascii="Times New Roman" w:hAnsi="Times New Roman"/>
          <w:b w:val="0"/>
          <w:i/>
          <w:color w:val="000000"/>
          <w:sz w:val="32"/>
        </w:rPr>
        <w:t>(Studying Shakespeare writing feverishly, interested, cocking his head)</w:t>
      </w:r>
      <w:r>
        <w:rPr>
          <w:rFonts w:ascii="Times New Roman" w:hAnsi="Times New Roman"/>
          <w:b w:val="0"/>
          <w:i w:val="0"/>
          <w:color w:val="000000"/>
          <w:sz w:val="32"/>
        </w:rPr>
        <w:t>: Not dried,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(Trying to ignore them, soft tone)</w:t>
      </w:r>
      <w:r>
        <w:rPr>
          <w:rFonts w:ascii="Times New Roman" w:hAnsi="Times New Roman"/>
          <w:b w:val="0"/>
          <w:i w:val="0"/>
          <w:color w:val="000000"/>
          <w:sz w:val="32"/>
        </w:rPr>
        <w:t xml:space="preserve">: </w:t>
      </w:r>
      <w:r>
        <w:rPr>
          <w:rFonts w:ascii="Times New Roman" w:hAnsi="Times New Roman"/>
          <w:b w:val="0"/>
          <w:i w:val="0"/>
          <w:color w:val="000000"/>
          <w:sz w:val="32"/>
        </w:rPr>
        <w:t>I wish.</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Do you?</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(Trying to concentrate on what he is writing, puts up his free hand, mutters)</w:t>
      </w:r>
      <w:r>
        <w:rPr>
          <w:rFonts w:ascii="Times New Roman" w:hAnsi="Times New Roman"/>
          <w:b w:val="0"/>
          <w:i w:val="0"/>
          <w:color w:val="000000"/>
          <w:sz w:val="32"/>
        </w:rPr>
        <w:t xml:space="preserve">: </w:t>
      </w:r>
      <w:r>
        <w:rPr>
          <w:rFonts w:ascii="Times New Roman" w:hAnsi="Times New Roman"/>
          <w:b w:val="0"/>
          <w:i w:val="0"/>
          <w:color w:val="000000"/>
          <w:sz w:val="32"/>
        </w:rPr>
        <w:t xml:space="preserve">Surprised, Ben? I do! ...sometimes ...you know ...can be a burden. Sometimes ...I just want to ...stop </w:t>
      </w:r>
      <w:r>
        <w:rPr>
          <w:rFonts w:ascii="Times New Roman" w:hAnsi="Times New Roman"/>
          <w:b w:val="0"/>
          <w:i/>
          <w:color w:val="000000"/>
          <w:sz w:val="32"/>
        </w:rPr>
        <w:t>(Looks up)</w:t>
      </w:r>
      <w:r>
        <w:rPr>
          <w:rFonts w:ascii="Times New Roman" w:hAnsi="Times New Roman"/>
          <w:b w:val="0"/>
          <w:i w:val="0"/>
          <w:color w:val="000000"/>
          <w:sz w:val="32"/>
        </w:rPr>
        <w:t xml:space="preserve"> ...if ...if she’d let me.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She? Your Anne?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Someone ...up there—a she I’m sure—brown eyed. Blue maybe.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(Interested, aggressive)</w:t>
      </w:r>
      <w:r>
        <w:rPr>
          <w:rFonts w:ascii="Times New Roman" w:hAnsi="Times New Roman"/>
          <w:b w:val="0"/>
          <w:i w:val="0"/>
          <w:color w:val="000000"/>
          <w:sz w:val="32"/>
        </w:rPr>
        <w:t xml:space="preserve">: </w:t>
      </w:r>
      <w:r>
        <w:rPr>
          <w:rFonts w:ascii="Times New Roman" w:hAnsi="Times New Roman"/>
          <w:b w:val="0"/>
          <w:i w:val="0"/>
          <w:color w:val="000000"/>
          <w:sz w:val="32"/>
        </w:rPr>
        <w:t>And if this she did, if you could—you’d do what?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(Stops writing, struck by the question. thinks a moment)</w:t>
      </w:r>
      <w:r>
        <w:rPr>
          <w:rFonts w:ascii="Times New Roman" w:hAnsi="Times New Roman"/>
          <w:b w:val="0"/>
          <w:i w:val="0"/>
          <w:color w:val="000000"/>
          <w:sz w:val="32"/>
        </w:rPr>
        <w:t xml:space="preserve">: </w:t>
      </w:r>
      <w:r>
        <w:rPr>
          <w:rFonts w:ascii="Times New Roman" w:hAnsi="Times New Roman"/>
          <w:b w:val="0"/>
          <w:i w:val="0"/>
          <w:color w:val="000000"/>
          <w:sz w:val="32"/>
        </w:rPr>
        <w:t>Maybe, Kit, tend those exploited sheep you mentioned—the ones still living, find them richer pastures.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And your children?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 xml:space="preserve">They’d help. Tend the sheep with me. </w:t>
      </w:r>
      <w:r>
        <w:rPr>
          <w:rFonts w:ascii="Times New Roman" w:hAnsi="Times New Roman"/>
          <w:b w:val="0"/>
          <w:i/>
          <w:color w:val="000000"/>
          <w:sz w:val="32"/>
        </w:rPr>
        <w:t>(Dreamily.)</w:t>
      </w:r>
      <w:r>
        <w:rPr>
          <w:rFonts w:ascii="Times New Roman" w:hAnsi="Times New Roman"/>
          <w:b w:val="0"/>
          <w:i w:val="0"/>
          <w:color w:val="000000"/>
          <w:sz w:val="32"/>
        </w:rPr>
        <w:t xml:space="preserve"> Together—me with my children—Susanna, Judith, Hamnet ...at noon a lunch of plums, bread baked lovingly wrapped by my Anne. </w:t>
      </w:r>
      <w:r>
        <w:rPr>
          <w:rFonts w:ascii="Times New Roman" w:hAnsi="Times New Roman"/>
          <w:b w:val="0"/>
          <w:i/>
          <w:color w:val="000000"/>
          <w:sz w:val="32"/>
        </w:rPr>
        <w:t>(Sighs deeply)</w:t>
      </w:r>
      <w:r>
        <w:rPr>
          <w:rFonts w:ascii="Times New Roman" w:hAnsi="Times New Roman"/>
          <w:b w:val="0"/>
          <w:i w:val="0"/>
          <w:color w:val="000000"/>
          <w:sz w:val="32"/>
        </w:rPr>
        <w:t xml:space="preserve"> Just imagine ...sunlit days ...peaceful afternoons ...not unlike one of your lovely shepherd sonnets, Kit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(Not wanting to like him, but flattered so conflicted)</w:t>
      </w:r>
      <w:r>
        <w:rPr>
          <w:rFonts w:ascii="Times New Roman" w:hAnsi="Times New Roman"/>
          <w:b w:val="0"/>
          <w:i w:val="0"/>
          <w:color w:val="000000"/>
          <w:sz w:val="32"/>
        </w:rPr>
        <w:t xml:space="preserve">: </w:t>
      </w:r>
      <w:r>
        <w:rPr>
          <w:rFonts w:ascii="Times New Roman" w:hAnsi="Times New Roman"/>
          <w:b w:val="0"/>
          <w:i w:val="0"/>
          <w:color w:val="000000"/>
          <w:sz w:val="32"/>
        </w:rPr>
        <w:t>Yes, well ...I did indeed have my pastoral period. Enamored I was too.</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By shepherds?</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Yes, dear Edward, by shepherds; by sheep, too, if ye wish—you know of these things?</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Not me!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(Scoldingly)</w:t>
      </w:r>
      <w:r>
        <w:rPr>
          <w:rFonts w:ascii="Times New Roman" w:hAnsi="Times New Roman"/>
          <w:b w:val="0"/>
          <w:i w:val="0"/>
          <w:color w:val="000000"/>
          <w:sz w:val="32"/>
        </w:rPr>
        <w:t xml:space="preserve">: </w:t>
      </w:r>
      <w:r>
        <w:rPr>
          <w:rFonts w:ascii="Times New Roman" w:hAnsi="Times New Roman"/>
          <w:b w:val="0"/>
          <w:i w:val="0"/>
          <w:color w:val="000000"/>
          <w:sz w:val="32"/>
        </w:rPr>
        <w:t xml:space="preserve">Edward! </w:t>
      </w:r>
      <w:r>
        <w:rPr>
          <w:rFonts w:ascii="Times New Roman" w:hAnsi="Times New Roman"/>
          <w:b w:val="0"/>
          <w:i/>
          <w:color w:val="000000"/>
          <w:sz w:val="32"/>
        </w:rPr>
        <w:t>(Dreamily, lowering his eyes)</w:t>
      </w:r>
      <w:r>
        <w:rPr>
          <w:rFonts w:ascii="Times New Roman" w:hAnsi="Times New Roman"/>
          <w:b w:val="0"/>
          <w:i w:val="0"/>
          <w:color w:val="000000"/>
          <w:sz w:val="32"/>
        </w:rPr>
        <w:t xml:space="preserve"> Yes, Kit—shepherds and sheep...why not?</w:t>
      </w:r>
    </w:p>
    <w:p>
      <w:pPr>
        <w:keepNext w:val="0"/>
        <w:spacing w:before="140" w:after="80" w:line="276" w:lineRule="auto"/>
        <w:ind w:left="0" w:right="0" w:firstLine="0"/>
      </w:pPr>
      <w:r>
        <w:rPr>
          <w:rFonts w:ascii="Times New Roman" w:hAnsi="Times New Roman"/>
          <w:b w:val="0"/>
          <w:i/>
          <w:color w:val="000000"/>
          <w:sz w:val="32"/>
        </w:rPr>
        <w:t>(Fade, then this seen as he closes his eyes and leans back and sighs—a field running up to a forest’s edge, sheep, the children following Will Shakespeare, happy, laughing, with a shepherd’s staff and accompanied by a herding dog. Flute music.)</w:t>
      </w:r>
    </w:p>
    <w:p>
      <w:pPr>
        <w:keepNext w:val="0"/>
        <w:spacing w:before="0" w:after="80" w:line="276" w:lineRule="auto"/>
        <w:ind w:left="0" w:right="0" w:firstLine="0"/>
      </w:pPr>
      <w:r>
        <w:rPr>
          <w:rFonts w:ascii="Times New Roman" w:hAnsi="Times New Roman"/>
          <w:b/>
          <w:i w:val="0"/>
          <w:color w:val="000000"/>
          <w:sz w:val="32"/>
        </w:rPr>
        <w:t>BEN JONSON’S VOICE</w:t>
      </w:r>
      <w:r>
        <w:rPr>
          <w:rFonts w:ascii="Times New Roman" w:hAnsi="Times New Roman"/>
          <w:b w:val="0"/>
          <w:i/>
          <w:color w:val="000000"/>
          <w:sz w:val="32"/>
        </w:rPr>
        <w:t xml:space="preserve"> (Their voices sounding at a great distance)</w:t>
      </w:r>
      <w:r>
        <w:rPr>
          <w:rFonts w:ascii="Times New Roman" w:hAnsi="Times New Roman"/>
          <w:b w:val="0"/>
          <w:i w:val="0"/>
          <w:color w:val="000000"/>
          <w:sz w:val="32"/>
        </w:rPr>
        <w:t xml:space="preserve">: </w:t>
      </w:r>
      <w:r>
        <w:rPr>
          <w:rFonts w:ascii="Times New Roman" w:hAnsi="Times New Roman"/>
          <w:b w:val="0"/>
          <w:i w:val="0"/>
          <w:color w:val="000000"/>
          <w:sz w:val="32"/>
        </w:rPr>
        <w:t>Gone again ...</w:t>
      </w:r>
    </w:p>
    <w:p>
      <w:pPr>
        <w:keepNext w:val="0"/>
        <w:spacing w:before="0" w:after="80" w:line="276" w:lineRule="auto"/>
        <w:ind w:left="0" w:right="0" w:firstLine="0"/>
      </w:pPr>
      <w:r>
        <w:rPr>
          <w:rFonts w:ascii="Times New Roman" w:hAnsi="Times New Roman"/>
          <w:b/>
          <w:i w:val="0"/>
          <w:color w:val="000000"/>
          <w:sz w:val="32"/>
        </w:rPr>
        <w:t>EDWARD DE VERE’S VOICE</w:t>
      </w:r>
      <w:r>
        <w:rPr>
          <w:rFonts w:ascii="Times New Roman" w:hAnsi="Times New Roman"/>
          <w:b w:val="0"/>
          <w:i w:val="0"/>
          <w:color w:val="000000"/>
          <w:sz w:val="32"/>
        </w:rPr>
        <w:t xml:space="preserve">: </w:t>
      </w:r>
      <w:r>
        <w:rPr>
          <w:rFonts w:ascii="Times New Roman" w:hAnsi="Times New Roman"/>
          <w:b w:val="0"/>
          <w:i w:val="0"/>
          <w:color w:val="000000"/>
          <w:sz w:val="32"/>
        </w:rPr>
        <w:t>Bye, bye, Will.</w:t>
      </w:r>
    </w:p>
    <w:p>
      <w:pPr>
        <w:keepNext w:val="0"/>
        <w:spacing w:before="0" w:after="80" w:line="276" w:lineRule="auto"/>
        <w:ind w:left="0" w:right="0" w:firstLine="0"/>
      </w:pPr>
      <w:r>
        <w:rPr>
          <w:rFonts w:ascii="Times New Roman" w:hAnsi="Times New Roman"/>
          <w:b/>
          <w:i w:val="0"/>
          <w:color w:val="000000"/>
          <w:sz w:val="32"/>
        </w:rPr>
        <w:t>BEN JONSON’S VOICE</w:t>
      </w:r>
      <w:r>
        <w:rPr>
          <w:rFonts w:ascii="Times New Roman" w:hAnsi="Times New Roman"/>
          <w:b w:val="0"/>
          <w:i w:val="0"/>
          <w:color w:val="000000"/>
          <w:sz w:val="32"/>
        </w:rPr>
        <w:t xml:space="preserve">: </w:t>
      </w:r>
      <w:r>
        <w:rPr>
          <w:rFonts w:ascii="Times New Roman" w:hAnsi="Times New Roman"/>
          <w:b w:val="0"/>
          <w:i w:val="0"/>
          <w:color w:val="000000"/>
          <w:sz w:val="32"/>
        </w:rPr>
        <w:t>Composes in his sleep.</w:t>
      </w:r>
    </w:p>
    <w:p>
      <w:pPr>
        <w:keepNext w:val="0"/>
        <w:spacing w:before="140" w:after="80" w:line="276" w:lineRule="auto"/>
        <w:ind w:left="0" w:right="0" w:firstLine="0"/>
      </w:pPr>
      <w:r>
        <w:rPr>
          <w:rFonts w:ascii="Times New Roman" w:hAnsi="Times New Roman"/>
          <w:b w:val="0"/>
          <w:i/>
          <w:color w:val="000000"/>
          <w:sz w:val="32"/>
        </w:rPr>
        <w:t>(All wonderful. Sunlight, followed by a cloud blocking the sun. Then the sound of thunder, the sheep scatter, the children run after the sheep screaming. Will Shakespeare follows, but becomes short of breath, panting, leans heavily on his staff.</w:t>
        <w:br/>
        <w:br/>
        <w:t>A wolf charges onto the pasture toward the sheep and children. Will Shakespeare screams the children’s names, in a panic running toward them. The wolf closes, Will Shakespeare hurling himself between the children and the wolf. The wolf leaps, last thing seen its jaws and fangs, something oozing from its mouth.</w:t>
        <w:br/>
        <w:br/>
        <w:t>Scene dissipates. Abstract, almost cosmic, shattering as a piece of glass as he is dreaming it—his iris opening then shattering.</w:t>
        <w:br/>
        <w:br/>
        <w:t>Transition to Will Shakespeare in pub, spasms, opens his eyes, staring, then through his eyes the surrounding figures, all watching him, floating. Ben Jonson’s voice heard as if again coming from a distance.)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Will ...Will...come back to us, Will.</w:t>
      </w:r>
    </w:p>
    <w:p>
      <w:pPr>
        <w:keepNext w:val="0"/>
        <w:spacing w:before="140" w:after="80" w:line="276" w:lineRule="auto"/>
        <w:ind w:left="0" w:right="0" w:firstLine="0"/>
      </w:pPr>
      <w:r>
        <w:rPr>
          <w:rFonts w:ascii="Times New Roman" w:hAnsi="Times New Roman"/>
          <w:b w:val="0"/>
          <w:i/>
          <w:color w:val="000000"/>
          <w:sz w:val="32"/>
        </w:rPr>
        <w:t>(They watch him, used to this.)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color w:val="000000"/>
          <w:sz w:val="32"/>
        </w:rPr>
        <w:t>(With more concern, snaps his fingers)</w:t>
      </w:r>
      <w:r>
        <w:rPr>
          <w:rFonts w:ascii="Times New Roman" w:hAnsi="Times New Roman"/>
          <w:b w:val="0"/>
          <w:i w:val="0"/>
          <w:color w:val="000000"/>
          <w:sz w:val="32"/>
        </w:rPr>
        <w:t>: Will!</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(Darkly)</w:t>
      </w:r>
      <w:r>
        <w:rPr>
          <w:rFonts w:ascii="Times New Roman" w:hAnsi="Times New Roman"/>
          <w:b w:val="0"/>
          <w:i w:val="0"/>
          <w:color w:val="000000"/>
          <w:sz w:val="32"/>
        </w:rPr>
        <w:t xml:space="preserve">: </w:t>
      </w:r>
      <w:r>
        <w:rPr>
          <w:rFonts w:ascii="Times New Roman" w:hAnsi="Times New Roman"/>
          <w:b w:val="0"/>
          <w:i w:val="0"/>
          <w:color w:val="000000"/>
          <w:sz w:val="32"/>
        </w:rPr>
        <w:t>Drifting.</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When he goes off like that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Usually a masterpiece.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(Opening his eyes, shaking himself, trying to say Ben)</w:t>
      </w:r>
      <w:r>
        <w:rPr>
          <w:rFonts w:ascii="Times New Roman" w:hAnsi="Times New Roman"/>
          <w:b w:val="0"/>
          <w:i w:val="0"/>
          <w:color w:val="000000"/>
          <w:sz w:val="32"/>
        </w:rPr>
        <w:t xml:space="preserve">: </w:t>
      </w:r>
      <w:r>
        <w:rPr>
          <w:rFonts w:ascii="Times New Roman" w:hAnsi="Times New Roman"/>
          <w:b w:val="0"/>
          <w:i w:val="0"/>
          <w:color w:val="000000"/>
          <w:sz w:val="32"/>
        </w:rPr>
        <w:t>Beh ...Beh ...? Ben...?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(A touch of disdain)</w:t>
      </w:r>
      <w:r>
        <w:rPr>
          <w:rFonts w:ascii="Times New Roman" w:hAnsi="Times New Roman"/>
          <w:b w:val="0"/>
          <w:i w:val="0"/>
          <w:color w:val="000000"/>
          <w:sz w:val="32"/>
        </w:rPr>
        <w:t xml:space="preserve">: </w:t>
      </w:r>
      <w:r>
        <w:rPr>
          <w:rFonts w:ascii="Times New Roman" w:hAnsi="Times New Roman"/>
          <w:b w:val="0"/>
          <w:i w:val="0"/>
          <w:color w:val="000000"/>
          <w:sz w:val="32"/>
        </w:rPr>
        <w:t>You screamed out.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(Shaky)</w:t>
      </w:r>
      <w:r>
        <w:rPr>
          <w:rFonts w:ascii="Times New Roman" w:hAnsi="Times New Roman"/>
          <w:b w:val="0"/>
          <w:i w:val="0"/>
          <w:color w:val="000000"/>
          <w:sz w:val="32"/>
        </w:rPr>
        <w:t xml:space="preserve">: </w:t>
      </w:r>
      <w:r>
        <w:rPr>
          <w:rFonts w:ascii="Times New Roman" w:hAnsi="Times New Roman"/>
          <w:b w:val="0"/>
          <w:i w:val="0"/>
          <w:color w:val="000000"/>
          <w:sz w:val="32"/>
        </w:rPr>
        <w:t xml:space="preserve">Frightened ...frightened for my children ...Why dreams be darker than real? </w:t>
      </w:r>
      <w:r>
        <w:rPr>
          <w:rFonts w:ascii="Times New Roman" w:hAnsi="Times New Roman"/>
          <w:b w:val="0"/>
          <w:i/>
          <w:color w:val="000000"/>
          <w:sz w:val="32"/>
        </w:rPr>
        <w:t>(Still righting himself, taking time to clear, drinks)</w:t>
      </w:r>
      <w:r>
        <w:rPr>
          <w:rFonts w:ascii="Times New Roman" w:hAnsi="Times New Roman"/>
          <w:b w:val="0"/>
          <w:i w:val="0"/>
          <w:color w:val="000000"/>
          <w:sz w:val="32"/>
        </w:rPr>
        <w:t>: Ben—you know these things better than us—tell me, tell us, still be wolves in the land?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If so, not many—hunted to near extinction. The Conqueror’s decree if I recall.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There’s one left—saw him I did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You always do—</w:t>
      </w:r>
      <w:r>
        <w:rPr>
          <w:rFonts w:ascii="Times New Roman" w:hAnsi="Times New Roman"/>
          <w:b w:val="0"/>
          <w:i/>
          <w:color w:val="000000"/>
          <w:sz w:val="32"/>
        </w:rPr>
        <w:t>(Leaning forward, comfortingly)</w:t>
      </w:r>
      <w:r>
        <w:rPr>
          <w:rFonts w:ascii="Times New Roman" w:hAnsi="Times New Roman"/>
          <w:b w:val="0"/>
          <w:i w:val="0"/>
          <w:color w:val="000000"/>
          <w:sz w:val="32"/>
        </w:rPr>
        <w:t>—tell us about the fellow.</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 xml:space="preserve">Gray, white muzzle, getting on, champing, something yellow oozing from the mouth ...A pitiful thing. Perhaps last of its race ...alone ...an old king without subjects ...gaunt, wanting a chop from my poor flock. </w:t>
      </w:r>
      <w:r>
        <w:rPr>
          <w:rFonts w:ascii="Times New Roman" w:hAnsi="Times New Roman"/>
          <w:b w:val="0"/>
          <w:i/>
          <w:color w:val="000000"/>
          <w:sz w:val="32"/>
        </w:rPr>
        <w:t>(Pause.)</w:t>
      </w:r>
      <w:r>
        <w:rPr>
          <w:rFonts w:ascii="Times New Roman" w:hAnsi="Times New Roman"/>
          <w:b w:val="0"/>
          <w:i w:val="0"/>
          <w:color w:val="000000"/>
          <w:sz w:val="32"/>
        </w:rPr>
        <w:t xml:space="preserve"> Ben, I’ll turn him human someday.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I’ll wager. And Anne, Will? She part of this sudden dream of yours?</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(Pause, then warming up to the idea again)</w:t>
      </w:r>
      <w:r>
        <w:rPr>
          <w:rFonts w:ascii="Times New Roman" w:hAnsi="Times New Roman"/>
          <w:b w:val="0"/>
          <w:i w:val="0"/>
          <w:color w:val="000000"/>
          <w:sz w:val="32"/>
        </w:rPr>
        <w:t xml:space="preserve">: </w:t>
      </w:r>
      <w:r>
        <w:rPr>
          <w:rFonts w:ascii="Times New Roman" w:hAnsi="Times New Roman"/>
          <w:b w:val="0"/>
          <w:i w:val="0"/>
          <w:color w:val="000000"/>
          <w:sz w:val="32"/>
        </w:rPr>
        <w:t>Why, Ben, end of day, setting sun, poor old last of his kind gimpy king wolf tottering off, we’d go home to my Anne, the children and me. Warmth ...food ...together—a family true!</w:t>
      </w:r>
    </w:p>
    <w:p>
      <w:pPr>
        <w:keepNext w:val="0"/>
        <w:spacing w:before="140" w:after="80" w:line="276" w:lineRule="auto"/>
        <w:ind w:left="0" w:right="0" w:firstLine="0"/>
      </w:pPr>
      <w:r>
        <w:rPr>
          <w:rFonts w:ascii="Times New Roman" w:hAnsi="Times New Roman"/>
          <w:b w:val="0"/>
          <w:i/>
          <w:color w:val="000000"/>
          <w:sz w:val="32"/>
        </w:rPr>
        <w:t>(He closes his eyes again. As the scene begins to</w:t>
        <w:br/>
        <w:br/>
        <w:t>fade—)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(Heard from a distance)</w:t>
      </w:r>
      <w:r>
        <w:rPr>
          <w:rFonts w:ascii="Times New Roman" w:hAnsi="Times New Roman"/>
          <w:b w:val="0"/>
          <w:i w:val="0"/>
          <w:color w:val="000000"/>
          <w:sz w:val="32"/>
        </w:rPr>
        <w:t xml:space="preserve">: </w:t>
      </w:r>
      <w:r>
        <w:rPr>
          <w:rFonts w:ascii="Times New Roman" w:hAnsi="Times New Roman"/>
          <w:b w:val="0"/>
          <w:i w:val="0"/>
          <w:color w:val="000000"/>
          <w:sz w:val="32"/>
        </w:rPr>
        <w:t>Says this but can’t resist coming to London to catch the plague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(Also from a distance)</w:t>
      </w:r>
      <w:r>
        <w:rPr>
          <w:rFonts w:ascii="Times New Roman" w:hAnsi="Times New Roman"/>
          <w:b w:val="0"/>
          <w:i w:val="0"/>
          <w:color w:val="000000"/>
          <w:sz w:val="32"/>
        </w:rPr>
        <w:t xml:space="preserve">: </w:t>
      </w:r>
      <w:r>
        <w:rPr>
          <w:rFonts w:ascii="Times New Roman" w:hAnsi="Times New Roman"/>
          <w:b w:val="0"/>
          <w:i w:val="0"/>
          <w:color w:val="000000"/>
          <w:sz w:val="32"/>
        </w:rPr>
        <w:t>Tis natural.</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(Also)</w:t>
      </w:r>
      <w:r>
        <w:rPr>
          <w:rFonts w:ascii="Times New Roman" w:hAnsi="Times New Roman"/>
          <w:b w:val="0"/>
          <w:i w:val="0"/>
          <w:color w:val="000000"/>
          <w:sz w:val="32"/>
        </w:rPr>
        <w:t xml:space="preserve">: </w:t>
      </w:r>
      <w:r>
        <w:rPr>
          <w:rFonts w:ascii="Times New Roman" w:hAnsi="Times New Roman"/>
          <w:b w:val="0"/>
          <w:i w:val="0"/>
          <w:color w:val="000000"/>
          <w:sz w:val="32"/>
        </w:rPr>
        <w:t>I too.</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(Sleepily)</w:t>
      </w:r>
      <w:r>
        <w:rPr>
          <w:rFonts w:ascii="Times New Roman" w:hAnsi="Times New Roman"/>
          <w:b w:val="0"/>
          <w:i w:val="0"/>
          <w:color w:val="000000"/>
          <w:sz w:val="32"/>
        </w:rPr>
        <w:t xml:space="preserve">: </w:t>
      </w:r>
      <w:r>
        <w:rPr>
          <w:rFonts w:ascii="Times New Roman" w:hAnsi="Times New Roman"/>
          <w:b w:val="0"/>
          <w:i w:val="0"/>
          <w:color w:val="000000"/>
          <w:sz w:val="32"/>
        </w:rPr>
        <w:t>We are our own masters.</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If you believe that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I do, Kit ...I must.</w:t>
      </w:r>
    </w:p>
    <w:p>
      <w:pPr>
        <w:keepNext w:val="0"/>
        <w:spacing w:before="140" w:after="80" w:line="276" w:lineRule="auto"/>
        <w:ind w:left="0" w:right="0" w:firstLine="0"/>
      </w:pPr>
      <w:r>
        <w:rPr>
          <w:rFonts w:ascii="Times New Roman" w:hAnsi="Times New Roman"/>
          <w:b w:val="0"/>
          <w:i/>
          <w:color w:val="000000"/>
          <w:sz w:val="32"/>
        </w:rPr>
        <w:t>(But closes his eyes. Kit Marlowe laughs, others joining in.)</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Gone again.</w:t>
      </w:r>
    </w:p>
    <w:p>
      <w:pPr>
        <w:keepNext w:val="0"/>
        <w:spacing w:before="140" w:after="80" w:line="276" w:lineRule="auto"/>
        <w:ind w:left="0" w:right="0" w:firstLine="0"/>
      </w:pPr>
      <w:r>
        <w:rPr>
          <w:rFonts w:ascii="Times New Roman" w:hAnsi="Times New Roman"/>
          <w:b w:val="0"/>
          <w:i/>
          <w:color w:val="000000"/>
          <w:sz w:val="32"/>
        </w:rPr>
        <w:t>(Transition to dream sequence as it goes dark on the pub: interior of the cottage, fire in the fireplace, family gathered about, Anne at table researching, looking at books, writing, twins playing. Will Shakespeare enters from another room, sits, pats his knees, twins run up, sit on his lap and knees, Susanna brings him slippers. He’s content.)</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A shawl, father?</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Why thank you, Susanna.</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Father ...</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(Stroking his face)</w:t>
      </w:r>
      <w:r>
        <w:rPr>
          <w:rFonts w:ascii="Times New Roman" w:hAnsi="Times New Roman"/>
          <w:b w:val="0"/>
          <w:i w:val="0"/>
          <w:color w:val="000000"/>
          <w:sz w:val="32"/>
        </w:rPr>
        <w:t xml:space="preserve">: </w:t>
      </w:r>
      <w:r>
        <w:rPr>
          <w:rFonts w:ascii="Times New Roman" w:hAnsi="Times New Roman"/>
          <w:b w:val="0"/>
          <w:i w:val="0"/>
          <w:color w:val="000000"/>
          <w:sz w:val="32"/>
        </w:rPr>
        <w:t>Father, father ...</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(Looking up from her work, smiling)</w:t>
      </w:r>
      <w:r>
        <w:rPr>
          <w:rFonts w:ascii="Times New Roman" w:hAnsi="Times New Roman"/>
          <w:b w:val="0"/>
          <w:i w:val="0"/>
          <w:color w:val="000000"/>
          <w:sz w:val="32"/>
        </w:rPr>
        <w:t xml:space="preserve">: </w:t>
      </w:r>
      <w:r>
        <w:rPr>
          <w:rFonts w:ascii="Times New Roman" w:hAnsi="Times New Roman"/>
          <w:b w:val="0"/>
          <w:i w:val="0"/>
          <w:color w:val="000000"/>
          <w:sz w:val="32"/>
        </w:rPr>
        <w:t>See how they miss you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(Comfortably)</w:t>
      </w:r>
      <w:r>
        <w:rPr>
          <w:rFonts w:ascii="Times New Roman" w:hAnsi="Times New Roman"/>
          <w:b w:val="0"/>
          <w:i w:val="0"/>
          <w:color w:val="000000"/>
          <w:sz w:val="32"/>
        </w:rPr>
        <w:t xml:space="preserve">: </w:t>
      </w:r>
      <w:r>
        <w:rPr>
          <w:rFonts w:ascii="Times New Roman" w:hAnsi="Times New Roman"/>
          <w:b w:val="0"/>
          <w:i w:val="0"/>
          <w:color w:val="000000"/>
          <w:sz w:val="32"/>
        </w:rPr>
        <w:t>Soon to be home more, Anne.</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(Smiling gently)</w:t>
      </w:r>
      <w:r>
        <w:rPr>
          <w:rFonts w:ascii="Times New Roman" w:hAnsi="Times New Roman"/>
          <w:b w:val="0"/>
          <w:i w:val="0"/>
          <w:color w:val="000000"/>
          <w:sz w:val="32"/>
        </w:rPr>
        <w:t xml:space="preserve">: </w:t>
      </w:r>
      <w:r>
        <w:rPr>
          <w:rFonts w:ascii="Times New Roman" w:hAnsi="Times New Roman"/>
          <w:b w:val="0"/>
          <w:i w:val="0"/>
          <w:color w:val="000000"/>
          <w:sz w:val="32"/>
        </w:rPr>
        <w:t>Would be wonderful ...I so wish—promise me?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(Reflects, softly)</w:t>
      </w:r>
      <w:r>
        <w:rPr>
          <w:rFonts w:ascii="Times New Roman" w:hAnsi="Times New Roman"/>
          <w:b w:val="0"/>
          <w:i w:val="0"/>
          <w:color w:val="000000"/>
          <w:sz w:val="32"/>
        </w:rPr>
        <w:t xml:space="preserve">: </w:t>
      </w:r>
      <w:r>
        <w:rPr>
          <w:rFonts w:ascii="Times New Roman" w:hAnsi="Times New Roman"/>
          <w:b w:val="0"/>
          <w:i w:val="0"/>
          <w:color w:val="000000"/>
          <w:sz w:val="32"/>
        </w:rPr>
        <w:t>To try, Anne ...to try ...</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Well, yes, do try ...</w:t>
      </w:r>
    </w:p>
    <w:p>
      <w:pPr>
        <w:keepNext w:val="0"/>
        <w:spacing w:before="140" w:after="80" w:line="276" w:lineRule="auto"/>
        <w:ind w:left="0" w:right="0" w:firstLine="0"/>
      </w:pPr>
      <w:r>
        <w:rPr>
          <w:rFonts w:ascii="Times New Roman" w:hAnsi="Times New Roman"/>
          <w:b w:val="0"/>
          <w:i/>
          <w:color w:val="000000"/>
          <w:sz w:val="32"/>
        </w:rPr>
        <w:t>(Anne looks away, disappointed.</w:t>
        <w:br/>
        <w:br/>
        <w:t>Exterior: Rain falling over the river. A family or bevy of swans circling.</w:t>
        <w:br/>
        <w:br/>
        <w:t>Then back to reality, the sound of rain continues, ceiling leaking, no Will Shakespeare; Anne, Susanna, and Hamnet and Judith where we left them earlier, Susanna setting bucket under leak.)</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When you write father, pray let him know Hamnet and Judith need stockings. They’ll want gloves, too—without holes this time, tell him.</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Needn’t remind him that, Susanna—his father a glover, remember.</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(Politely correcting)</w:t>
      </w:r>
      <w:r>
        <w:rPr>
          <w:rFonts w:ascii="Times New Roman" w:hAnsi="Times New Roman"/>
          <w:b w:val="0"/>
          <w:i w:val="0"/>
          <w:color w:val="000000"/>
          <w:sz w:val="32"/>
        </w:rPr>
        <w:t xml:space="preserve">: </w:t>
      </w:r>
      <w:r>
        <w:rPr>
          <w:rFonts w:ascii="Times New Roman" w:hAnsi="Times New Roman"/>
          <w:b w:val="0"/>
          <w:i w:val="0"/>
          <w:color w:val="000000"/>
          <w:sz w:val="32"/>
        </w:rPr>
        <w:t>Mother, that’s why we do need remind him—</w:t>
      </w:r>
      <w:r>
        <w:rPr>
          <w:rFonts w:ascii="Times New Roman" w:hAnsi="Times New Roman"/>
          <w:b w:val="0"/>
          <w:i/>
          <w:color w:val="000000"/>
          <w:sz w:val="32"/>
        </w:rPr>
        <w:t>(Going back to table)</w:t>
      </w:r>
      <w:r>
        <w:rPr>
          <w:rFonts w:ascii="Times New Roman" w:hAnsi="Times New Roman"/>
          <w:b w:val="0"/>
          <w:i w:val="0"/>
          <w:color w:val="000000"/>
          <w:sz w:val="32"/>
        </w:rPr>
        <w:t>—his father a glover yet we’ve none at all!</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color w:val="000000"/>
          <w:sz w:val="32"/>
        </w:rPr>
        <w:t xml:space="preserve"> (Exchange a look, then, bouncing)</w:t>
      </w:r>
      <w:r>
        <w:rPr>
          <w:rFonts w:ascii="Times New Roman" w:hAnsi="Times New Roman"/>
          <w:b w:val="0"/>
          <w:i w:val="0"/>
          <w:color w:val="000000"/>
          <w:sz w:val="32"/>
        </w:rPr>
        <w:t xml:space="preserve">: </w:t>
      </w:r>
      <w:r>
        <w:rPr>
          <w:rFonts w:ascii="Times New Roman" w:hAnsi="Times New Roman"/>
          <w:b w:val="0"/>
          <w:i w:val="0"/>
          <w:color w:val="000000"/>
          <w:sz w:val="32"/>
        </w:rPr>
        <w:t>We need stockings! We need stockings! Susanna—says—we need stockings! We need gloves! We need gloves! Susanna—says—we need gloves!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(Fingers to temples)</w:t>
      </w:r>
      <w:r>
        <w:rPr>
          <w:rFonts w:ascii="Times New Roman" w:hAnsi="Times New Roman"/>
          <w:b w:val="0"/>
          <w:i w:val="0"/>
          <w:color w:val="000000"/>
          <w:sz w:val="32"/>
        </w:rPr>
        <w:t xml:space="preserve">: </w:t>
      </w:r>
      <w:r>
        <w:rPr>
          <w:rFonts w:ascii="Times New Roman" w:hAnsi="Times New Roman"/>
          <w:b w:val="0"/>
          <w:i w:val="0"/>
          <w:color w:val="000000"/>
          <w:sz w:val="32"/>
        </w:rPr>
        <w:t>Children, children ...</w:t>
      </w:r>
    </w:p>
    <w:p>
      <w:pPr>
        <w:keepNext w:val="0"/>
        <w:spacing w:before="140" w:after="80" w:line="276" w:lineRule="auto"/>
        <w:ind w:left="0" w:right="0" w:firstLine="0"/>
      </w:pPr>
      <w:r>
        <w:rPr>
          <w:rFonts w:ascii="Times New Roman" w:hAnsi="Times New Roman"/>
          <w:b w:val="0"/>
          <w:i/>
          <w:color w:val="000000"/>
          <w:sz w:val="32"/>
        </w:rPr>
        <w:t>(Rain wear, that's what you need...boots, that’s what!</w:t>
        <w:br/>
        <w:br/>
        <w:t>...Get you out of this house ...save that poor bed!)</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Boots, boots—we need boots!</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Ducks and swans! Ducks and swans—</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 xml:space="preserve">Hamnet! Judith! If I have to come over there ...mother’s tired! </w:t>
      </w:r>
      <w:r>
        <w:rPr>
          <w:rFonts w:ascii="Times New Roman" w:hAnsi="Times New Roman"/>
          <w:b w:val="0"/>
          <w:i/>
          <w:color w:val="000000"/>
          <w:sz w:val="32"/>
        </w:rPr>
        <w:t>(The twin freeze.)</w:t>
      </w:r>
      <w:r>
        <w:rPr>
          <w:rFonts w:ascii="Times New Roman" w:hAnsi="Times New Roman"/>
          <w:b w:val="0"/>
          <w:i w:val="0"/>
          <w:color w:val="000000"/>
          <w:sz w:val="32"/>
        </w:rPr>
        <w:t xml:space="preserve"> You alright, 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Yes, thank you, Susanna. Just so much to—</w:t>
      </w:r>
      <w:r>
        <w:rPr>
          <w:rFonts w:ascii="Times New Roman" w:hAnsi="Times New Roman"/>
          <w:b w:val="0"/>
          <w:i/>
          <w:color w:val="000000"/>
          <w:sz w:val="32"/>
        </w:rPr>
        <w:t>(Self mockingly.)</w:t>
      </w:r>
      <w:r>
        <w:rPr>
          <w:rFonts w:ascii="Times New Roman" w:hAnsi="Times New Roman"/>
          <w:b w:val="0"/>
          <w:i w:val="0"/>
          <w:color w:val="000000"/>
          <w:sz w:val="32"/>
        </w:rPr>
        <w:t xml:space="preserve"> ...and now we're in arrears ...</w:t>
      </w:r>
      <w:r>
        <w:rPr>
          <w:rFonts w:ascii="Times New Roman" w:hAnsi="Times New Roman"/>
          <w:b w:val="0"/>
          <w:i/>
          <w:color w:val="000000"/>
          <w:sz w:val="32"/>
        </w:rPr>
        <w:t>(To Twins.)</w:t>
      </w:r>
      <w:r>
        <w:rPr>
          <w:rFonts w:ascii="Times New Roman" w:hAnsi="Times New Roman"/>
          <w:b w:val="0"/>
          <w:i w:val="0"/>
          <w:color w:val="000000"/>
          <w:sz w:val="32"/>
        </w:rPr>
        <w:t xml:space="preserve"> Thanks, chicks. God love you being so good—I’ll tell your father how good you’ve been.</w:t>
      </w:r>
    </w:p>
    <w:p>
      <w:pPr>
        <w:keepNext w:val="0"/>
        <w:spacing w:before="140" w:after="80" w:line="276" w:lineRule="auto"/>
        <w:ind w:left="0" w:right="0" w:firstLine="0"/>
      </w:pPr>
      <w:r>
        <w:rPr>
          <w:rFonts w:ascii="Times New Roman" w:hAnsi="Times New Roman"/>
          <w:b w:val="0"/>
          <w:i/>
          <w:color w:val="000000"/>
          <w:sz w:val="32"/>
        </w:rPr>
        <w:t>(She lowers her eyes sadly as we transition to pub, others watching with some envy as Will Shakespeare writes feverishly, the sound of his pen making a kind of music with the sound of the rain.)</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(After a moment)</w:t>
      </w:r>
      <w:r>
        <w:rPr>
          <w:rFonts w:ascii="Times New Roman" w:hAnsi="Times New Roman"/>
          <w:b w:val="0"/>
          <w:i w:val="0"/>
          <w:color w:val="000000"/>
          <w:sz w:val="32"/>
        </w:rPr>
        <w:t xml:space="preserve">: </w:t>
      </w:r>
      <w:r>
        <w:rPr>
          <w:rFonts w:ascii="Times New Roman" w:hAnsi="Times New Roman"/>
          <w:b w:val="0"/>
          <w:i w:val="0"/>
          <w:color w:val="000000"/>
          <w:sz w:val="32"/>
        </w:rPr>
        <w:t>Will, what be you writing now?</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(Not looking up)</w:t>
      </w:r>
      <w:r>
        <w:rPr>
          <w:rFonts w:ascii="Times New Roman" w:hAnsi="Times New Roman"/>
          <w:b w:val="0"/>
          <w:i w:val="0"/>
          <w:color w:val="000000"/>
          <w:sz w:val="32"/>
        </w:rPr>
        <w:t xml:space="preserve">: </w:t>
      </w:r>
      <w:r>
        <w:rPr>
          <w:rFonts w:ascii="Times New Roman" w:hAnsi="Times New Roman"/>
          <w:b w:val="0"/>
          <w:i w:val="0"/>
          <w:color w:val="000000"/>
          <w:sz w:val="32"/>
        </w:rPr>
        <w:t>Amending my will, Edward.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(Again alertly)</w:t>
      </w:r>
      <w:r>
        <w:rPr>
          <w:rFonts w:ascii="Times New Roman" w:hAnsi="Times New Roman"/>
          <w:b w:val="0"/>
          <w:i w:val="0"/>
          <w:color w:val="000000"/>
          <w:sz w:val="32"/>
        </w:rPr>
        <w:t xml:space="preserve">: </w:t>
      </w:r>
      <w:r>
        <w:rPr>
          <w:rFonts w:ascii="Times New Roman" w:hAnsi="Times New Roman"/>
          <w:b w:val="0"/>
          <w:i w:val="0"/>
          <w:color w:val="000000"/>
          <w:sz w:val="32"/>
        </w:rPr>
        <w:t>Will writing his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Amending, I said. I’m serious about this, Ben—pray let me finish.</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(Sardonically)</w:t>
      </w:r>
      <w:r>
        <w:rPr>
          <w:rFonts w:ascii="Times New Roman" w:hAnsi="Times New Roman"/>
          <w:b w:val="0"/>
          <w:i w:val="0"/>
          <w:color w:val="000000"/>
          <w:sz w:val="32"/>
        </w:rPr>
        <w:t xml:space="preserve">: </w:t>
      </w:r>
      <w:r>
        <w:rPr>
          <w:rFonts w:ascii="Times New Roman" w:hAnsi="Times New Roman"/>
          <w:b w:val="0"/>
          <w:i w:val="0"/>
          <w:color w:val="000000"/>
          <w:sz w:val="32"/>
        </w:rPr>
        <w:t>Leaving anything to us, Will?</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More likely writing us out, eh, Will? ‘Nothing to my good friend Edward, he’s already so much ...’ I know that’s what you all think.</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You need more?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(Free hand up as he continues to write, a warning)</w:t>
      </w:r>
      <w:r>
        <w:rPr>
          <w:rFonts w:ascii="Times New Roman" w:hAnsi="Times New Roman"/>
          <w:b w:val="0"/>
          <w:i w:val="0"/>
          <w:color w:val="000000"/>
          <w:sz w:val="32"/>
        </w:rPr>
        <w:t xml:space="preserve">: </w:t>
      </w:r>
      <w:r>
        <w:rPr>
          <w:rFonts w:ascii="Times New Roman" w:hAnsi="Times New Roman"/>
          <w:b w:val="0"/>
          <w:i w:val="0"/>
          <w:color w:val="000000"/>
          <w:sz w:val="32"/>
        </w:rPr>
        <w:t>Edward! Kit! Please—I need get it down! If you don’t understand, who would?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(Fatherly)</w:t>
      </w:r>
      <w:r>
        <w:rPr>
          <w:rFonts w:ascii="Times New Roman" w:hAnsi="Times New Roman"/>
          <w:b w:val="0"/>
          <w:i w:val="0"/>
          <w:color w:val="000000"/>
          <w:sz w:val="32"/>
        </w:rPr>
        <w:t xml:space="preserve">: </w:t>
      </w:r>
      <w:r>
        <w:rPr>
          <w:rFonts w:ascii="Times New Roman" w:hAnsi="Times New Roman"/>
          <w:b w:val="0"/>
          <w:i w:val="0"/>
          <w:color w:val="000000"/>
          <w:sz w:val="32"/>
        </w:rPr>
        <w:t>Let him be, Kit. Edward, be good.</w:t>
      </w:r>
    </w:p>
    <w:p>
      <w:pPr>
        <w:keepNext w:val="0"/>
        <w:spacing w:before="140" w:after="80" w:line="276" w:lineRule="auto"/>
        <w:ind w:left="0" w:right="0" w:firstLine="0"/>
      </w:pPr>
      <w:r>
        <w:rPr>
          <w:rFonts w:ascii="Times New Roman" w:hAnsi="Times New Roman"/>
          <w:b w:val="0"/>
          <w:i/>
          <w:color w:val="000000"/>
          <w:sz w:val="32"/>
        </w:rPr>
        <w:t>(They are silent for a few moments.)</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(Softly in deference to Will Shakespeare writing, looking around)</w:t>
      </w:r>
      <w:r>
        <w:rPr>
          <w:rFonts w:ascii="Times New Roman" w:hAnsi="Times New Roman"/>
          <w:b w:val="0"/>
          <w:i w:val="0"/>
          <w:color w:val="000000"/>
          <w:sz w:val="32"/>
        </w:rPr>
        <w:t xml:space="preserve">: </w:t>
      </w:r>
      <w:r>
        <w:rPr>
          <w:rFonts w:ascii="Times New Roman" w:hAnsi="Times New Roman"/>
          <w:b w:val="0"/>
          <w:i w:val="0"/>
          <w:color w:val="000000"/>
          <w:sz w:val="32"/>
        </w:rPr>
        <w:t>Wasn’t Thomas to join us?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(The same)</w:t>
      </w:r>
      <w:r>
        <w:rPr>
          <w:rFonts w:ascii="Times New Roman" w:hAnsi="Times New Roman"/>
          <w:b w:val="0"/>
          <w:i w:val="0"/>
          <w:color w:val="000000"/>
          <w:sz w:val="32"/>
        </w:rPr>
        <w:t xml:space="preserve">: </w:t>
      </w:r>
      <w:r>
        <w:rPr>
          <w:rFonts w:ascii="Times New Roman" w:hAnsi="Times New Roman"/>
          <w:b w:val="0"/>
          <w:i w:val="0"/>
          <w:color w:val="000000"/>
          <w:sz w:val="32"/>
        </w:rPr>
        <w:t>Understood he would. Kit, do you know?—you’ve had closest contact.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(Defensively)</w:t>
      </w:r>
      <w:r>
        <w:rPr>
          <w:rFonts w:ascii="Times New Roman" w:hAnsi="Times New Roman"/>
          <w:b w:val="0"/>
          <w:i w:val="0"/>
          <w:color w:val="000000"/>
          <w:sz w:val="32"/>
        </w:rPr>
        <w:t xml:space="preserve">: </w:t>
      </w:r>
      <w:r>
        <w:rPr>
          <w:rFonts w:ascii="Times New Roman" w:hAnsi="Times New Roman"/>
          <w:b w:val="0"/>
          <w:i w:val="0"/>
          <w:color w:val="000000"/>
          <w:sz w:val="32"/>
        </w:rPr>
        <w:t xml:space="preserve">Me? How should I know? No closer than anyone else to Thomas, thank you. </w:t>
      </w:r>
      <w:r>
        <w:rPr>
          <w:rFonts w:ascii="Times New Roman" w:hAnsi="Times New Roman"/>
          <w:b w:val="0"/>
          <w:i/>
          <w:color w:val="000000"/>
          <w:sz w:val="32"/>
        </w:rPr>
        <w:t>(Looks away.)</w:t>
      </w:r>
    </w:p>
    <w:p>
      <w:pPr>
        <w:keepNext w:val="0"/>
        <w:spacing w:before="140" w:after="80" w:line="276" w:lineRule="auto"/>
        <w:ind w:left="0" w:right="0" w:firstLine="0"/>
      </w:pPr>
      <w:r>
        <w:rPr>
          <w:rFonts w:ascii="Times New Roman" w:hAnsi="Times New Roman"/>
          <w:b w:val="0"/>
          <w:i/>
          <w:color w:val="000000"/>
          <w:sz w:val="32"/>
        </w:rPr>
        <w:t>(Edward De Vere and Ben Jonson exchange</w:t>
        <w:br/>
        <w:br/>
        <w:t>expressions of doubt.)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(As an afterthought, gloomily)</w:t>
      </w:r>
      <w:r>
        <w:rPr>
          <w:rFonts w:ascii="Times New Roman" w:hAnsi="Times New Roman"/>
          <w:b w:val="0"/>
          <w:i w:val="0"/>
          <w:color w:val="000000"/>
          <w:sz w:val="32"/>
        </w:rPr>
        <w:t xml:space="preserve">: </w:t>
      </w:r>
      <w:r>
        <w:rPr>
          <w:rFonts w:ascii="Times New Roman" w:hAnsi="Times New Roman"/>
          <w:b w:val="0"/>
          <w:i w:val="0"/>
          <w:color w:val="000000"/>
          <w:sz w:val="32"/>
        </w:rPr>
        <w:t>If I be close to anyone, or any to me.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We love you sure, Kit.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And me with all my faults...but thank you, Ben.</w:t>
      </w:r>
    </w:p>
    <w:p>
      <w:pPr>
        <w:keepNext w:val="0"/>
        <w:spacing w:before="140" w:after="80" w:line="276" w:lineRule="auto"/>
        <w:ind w:left="0" w:right="0" w:firstLine="0"/>
      </w:pPr>
      <w:r>
        <w:rPr>
          <w:rFonts w:ascii="Times New Roman" w:hAnsi="Times New Roman"/>
          <w:b w:val="0"/>
          <w:i/>
          <w:color w:val="000000"/>
          <w:sz w:val="32"/>
        </w:rPr>
        <w:t>(Coming into focus slowly Thomas Kyd in the dungeon, one of several Agents holding him, another presses his right arm down on a table as a third pulls back one of Kyd’s fingers, breaking it. Kyd screams, his arm freed he holds up his hand.)</w:t>
      </w:r>
    </w:p>
    <w:p>
      <w:pPr>
        <w:keepNext w:val="0"/>
        <w:spacing w:before="0" w:after="80" w:line="276" w:lineRule="auto"/>
        <w:ind w:left="0" w:right="0" w:firstLine="0"/>
      </w:pPr>
      <w:r>
        <w:rPr>
          <w:rFonts w:ascii="Times New Roman" w:hAnsi="Times New Roman"/>
          <w:b/>
          <w:i w:val="0"/>
          <w:color w:val="000000"/>
          <w:sz w:val="32"/>
        </w:rPr>
        <w:t>AGENT</w:t>
      </w:r>
      <w:r>
        <w:rPr>
          <w:rFonts w:ascii="Times New Roman" w:hAnsi="Times New Roman"/>
          <w:b w:val="0"/>
          <w:i/>
          <w:color w:val="000000"/>
          <w:sz w:val="32"/>
        </w:rPr>
        <w:t xml:space="preserve"> (Mockingly, laughingly)</w:t>
      </w:r>
      <w:r>
        <w:rPr>
          <w:rFonts w:ascii="Times New Roman" w:hAnsi="Times New Roman"/>
          <w:b w:val="0"/>
          <w:i w:val="0"/>
          <w:color w:val="000000"/>
          <w:sz w:val="32"/>
        </w:rPr>
        <w:t xml:space="preserve">: </w:t>
      </w:r>
      <w:r>
        <w:rPr>
          <w:rFonts w:ascii="Times New Roman" w:hAnsi="Times New Roman"/>
          <w:b w:val="0"/>
          <w:i w:val="0"/>
          <w:color w:val="000000"/>
          <w:sz w:val="32"/>
        </w:rPr>
        <w:t>Aye, lad, try to hold a pen and write ye another tragedy now!</w:t>
      </w:r>
    </w:p>
    <w:p>
      <w:pPr>
        <w:keepNext w:val="0"/>
        <w:spacing w:before="0" w:after="80" w:line="276" w:lineRule="auto"/>
        <w:ind w:left="0" w:right="0" w:firstLine="0"/>
      </w:pPr>
      <w:r>
        <w:rPr>
          <w:rFonts w:ascii="Times New Roman" w:hAnsi="Times New Roman"/>
          <w:b/>
          <w:i w:val="0"/>
          <w:color w:val="000000"/>
          <w:sz w:val="32"/>
        </w:rPr>
        <w:t>ANOTHER AGENT</w:t>
      </w:r>
      <w:r>
        <w:rPr>
          <w:rFonts w:ascii="Times New Roman" w:hAnsi="Times New Roman"/>
          <w:b w:val="0"/>
          <w:i/>
          <w:color w:val="000000"/>
          <w:sz w:val="32"/>
        </w:rPr>
        <w:t xml:space="preserve"> (Laughing)</w:t>
      </w:r>
      <w:r>
        <w:rPr>
          <w:rFonts w:ascii="Times New Roman" w:hAnsi="Times New Roman"/>
          <w:b w:val="0"/>
          <w:i w:val="0"/>
          <w:color w:val="000000"/>
          <w:sz w:val="32"/>
        </w:rPr>
        <w:t xml:space="preserve">: </w:t>
      </w:r>
      <w:r>
        <w:rPr>
          <w:rFonts w:ascii="Times New Roman" w:hAnsi="Times New Roman"/>
          <w:b w:val="0"/>
          <w:i w:val="0"/>
          <w:color w:val="000000"/>
          <w:sz w:val="32"/>
        </w:rPr>
        <w:t>He’s one himself, poor boy—look at him—quite the tragedy!</w:t>
      </w:r>
    </w:p>
    <w:p>
      <w:pPr>
        <w:keepNext w:val="0"/>
        <w:spacing w:before="0" w:after="80" w:line="276" w:lineRule="auto"/>
        <w:ind w:left="0" w:right="0" w:firstLine="0"/>
      </w:pPr>
      <w:r>
        <w:rPr>
          <w:rFonts w:ascii="Times New Roman" w:hAnsi="Times New Roman"/>
          <w:b/>
          <w:i w:val="0"/>
          <w:color w:val="000000"/>
          <w:sz w:val="32"/>
        </w:rPr>
        <w:t>FIRST AGENT</w:t>
      </w:r>
      <w:r>
        <w:rPr>
          <w:rFonts w:ascii="Times New Roman" w:hAnsi="Times New Roman"/>
          <w:b w:val="0"/>
          <w:i/>
          <w:color w:val="000000"/>
          <w:sz w:val="32"/>
        </w:rPr>
        <w:t xml:space="preserve"> (Indicating his other hand)</w:t>
      </w:r>
      <w:r>
        <w:rPr>
          <w:rFonts w:ascii="Times New Roman" w:hAnsi="Times New Roman"/>
          <w:b w:val="0"/>
          <w:i w:val="0"/>
          <w:color w:val="000000"/>
          <w:sz w:val="32"/>
        </w:rPr>
        <w:t xml:space="preserve">: </w:t>
      </w:r>
      <w:r>
        <w:rPr>
          <w:rFonts w:ascii="Times New Roman" w:hAnsi="Times New Roman"/>
          <w:b w:val="0"/>
          <w:i w:val="0"/>
          <w:color w:val="000000"/>
          <w:sz w:val="32"/>
        </w:rPr>
        <w:t>Perhaps ye can use ye devil left hand to write ye devil words?</w:t>
      </w:r>
    </w:p>
    <w:p>
      <w:pPr>
        <w:keepNext w:val="0"/>
        <w:spacing w:before="140" w:after="80" w:line="276" w:lineRule="auto"/>
        <w:ind w:left="0" w:right="0" w:firstLine="0"/>
      </w:pPr>
      <w:r>
        <w:rPr>
          <w:rFonts w:ascii="Times New Roman" w:hAnsi="Times New Roman"/>
          <w:b w:val="0"/>
          <w:i/>
          <w:color w:val="000000"/>
          <w:sz w:val="32"/>
        </w:rPr>
        <w:t>(Thomas Kyd lowers his head and sobs.</w:t>
        <w:br/>
        <w:br/>
        <w:t>Fade, then the pub. Edward de Vere whistles softly to himself, Ben Jonson looks at the ceiling, Kit Marlowe watches Will Shakespeare furtively. Will Shakespeare finishes, puts his pen down.)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Done—for now. Was a sudden thought. You know how ‘tis: the thought vivid so you foolishly think yours forever ...so you don’t note it ...then you lose it ...flutters away ...vanishes ...and you curse yourself not having put it to paper.</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(Nodding wisely)</w:t>
      </w:r>
      <w:r>
        <w:rPr>
          <w:rFonts w:ascii="Times New Roman" w:hAnsi="Times New Roman"/>
          <w:b w:val="0"/>
          <w:i w:val="0"/>
          <w:color w:val="000000"/>
          <w:sz w:val="32"/>
        </w:rPr>
        <w:t xml:space="preserve">: </w:t>
      </w:r>
      <w:r>
        <w:rPr>
          <w:rFonts w:ascii="Times New Roman" w:hAnsi="Times New Roman"/>
          <w:b w:val="0"/>
          <w:i w:val="0"/>
          <w:color w:val="000000"/>
          <w:sz w:val="32"/>
        </w:rPr>
        <w:t>That’s so.</w:t>
      </w:r>
    </w:p>
    <w:p>
      <w:pPr>
        <w:keepNext w:val="0"/>
        <w:spacing w:before="140" w:after="80" w:line="276" w:lineRule="auto"/>
        <w:ind w:left="0" w:right="0" w:firstLine="0"/>
      </w:pPr>
      <w:r>
        <w:rPr>
          <w:rFonts w:ascii="Times New Roman" w:hAnsi="Times New Roman"/>
          <w:b w:val="0"/>
          <w:i/>
          <w:color w:val="000000"/>
          <w:sz w:val="32"/>
        </w:rPr>
        <w:t>(Kit Marlowe rolls his eyes.)</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And the cleverer it be, the more likely you’ll forget 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Care to talk about it, Will? Your will, I mean.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(Thinks about it, surprising himself)</w:t>
      </w:r>
      <w:r>
        <w:rPr>
          <w:rFonts w:ascii="Times New Roman" w:hAnsi="Times New Roman"/>
          <w:b w:val="0"/>
          <w:i w:val="0"/>
          <w:color w:val="000000"/>
          <w:sz w:val="32"/>
        </w:rPr>
        <w:t xml:space="preserve">: </w:t>
      </w:r>
      <w:r>
        <w:rPr>
          <w:rFonts w:ascii="Times New Roman" w:hAnsi="Times New Roman"/>
          <w:b w:val="0"/>
          <w:i w:val="0"/>
          <w:color w:val="000000"/>
          <w:sz w:val="32"/>
        </w:rPr>
        <w:t xml:space="preserve">You know, Ben, really don’t mind! Odd that too. </w:t>
      </w:r>
      <w:r>
        <w:rPr>
          <w:rFonts w:ascii="Times New Roman" w:hAnsi="Times New Roman"/>
          <w:b w:val="0"/>
          <w:i/>
          <w:color w:val="000000"/>
          <w:sz w:val="32"/>
        </w:rPr>
        <w:t>(Peers at what he has just written)</w:t>
      </w:r>
      <w:r>
        <w:rPr>
          <w:rFonts w:ascii="Times New Roman" w:hAnsi="Times New Roman"/>
          <w:b w:val="0"/>
          <w:i w:val="0"/>
          <w:color w:val="000000"/>
          <w:sz w:val="32"/>
        </w:rPr>
        <w:t xml:space="preserve"> I’m leaving my second-best bed to ...</w:t>
      </w:r>
      <w:r>
        <w:rPr>
          <w:rFonts w:ascii="Times New Roman" w:hAnsi="Times New Roman"/>
          <w:b w:val="0"/>
          <w:i/>
          <w:color w:val="000000"/>
          <w:sz w:val="32"/>
        </w:rPr>
        <w:t>(Pauses dramatically)</w:t>
      </w:r>
      <w:r>
        <w:rPr>
          <w:rFonts w:ascii="Times New Roman" w:hAnsi="Times New Roman"/>
          <w:b w:val="0"/>
          <w:i w:val="0"/>
          <w:color w:val="000000"/>
          <w:sz w:val="32"/>
        </w:rPr>
        <w:t xml:space="preserve"> ...to ...</w:t>
      </w:r>
      <w:r>
        <w:rPr>
          <w:rFonts w:ascii="Times New Roman" w:hAnsi="Times New Roman"/>
          <w:b w:val="0"/>
          <w:i/>
          <w:color w:val="000000"/>
          <w:sz w:val="32"/>
        </w:rPr>
        <w:t>(Coaching, grins)</w:t>
      </w:r>
      <w:r>
        <w:rPr>
          <w:rFonts w:ascii="Times New Roman" w:hAnsi="Times New Roman"/>
          <w:b w:val="0"/>
          <w:i w:val="0"/>
          <w:color w:val="000000"/>
          <w:sz w:val="32"/>
        </w:rPr>
        <w:t xml:space="preserve"> ...ye with me? ...</w:t>
      </w:r>
      <w:r>
        <w:rPr>
          <w:rFonts w:ascii="Times New Roman" w:hAnsi="Times New Roman"/>
          <w:b w:val="0"/>
          <w:i/>
          <w:color w:val="000000"/>
          <w:sz w:val="32"/>
        </w:rPr>
        <w:t>(Almost affectionately)</w:t>
      </w:r>
      <w:r>
        <w:rPr>
          <w:rFonts w:ascii="Times New Roman" w:hAnsi="Times New Roman"/>
          <w:b w:val="0"/>
          <w:i w:val="0"/>
          <w:color w:val="000000"/>
          <w:sz w:val="32"/>
        </w:rPr>
        <w:t xml:space="preserve"> Ben ...Edward ...Kit ...? Hello...?</w:t>
      </w:r>
    </w:p>
    <w:p>
      <w:pPr>
        <w:keepNext w:val="0"/>
        <w:spacing w:before="0" w:after="80" w:line="276" w:lineRule="auto"/>
        <w:ind w:left="0" w:right="0" w:firstLine="0"/>
      </w:pPr>
      <w:r>
        <w:rPr>
          <w:rFonts w:ascii="Times New Roman" w:hAnsi="Times New Roman"/>
          <w:b/>
          <w:i w:val="0"/>
          <w:color w:val="000000"/>
          <w:sz w:val="32"/>
        </w:rPr>
        <w:t>Fade.</w:t>
      </w:r>
    </w:p>
    <w:p>
      <w:pPr>
        <w:keepNext w:val="0"/>
        <w:spacing w:before="140" w:after="80" w:line="276" w:lineRule="auto"/>
        <w:ind w:left="0" w:right="0" w:firstLine="0"/>
      </w:pPr>
      <w:r>
        <w:rPr>
          <w:rFonts w:ascii="Times New Roman" w:hAnsi="Times New Roman"/>
          <w:b w:val="0"/>
          <w:i/>
          <w:color w:val="000000"/>
          <w:sz w:val="32"/>
        </w:rPr>
        <w:t>(The cottage interior. Rain heavier, leak more profuse. The twins have pulled the bed covers up to their chins, loudly pretend to be snoring.)</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Children!</w:t>
      </w:r>
    </w:p>
    <w:p>
      <w:pPr>
        <w:keepNext w:val="0"/>
        <w:spacing w:before="140" w:after="80" w:line="276" w:lineRule="auto"/>
        <w:ind w:left="0" w:right="0" w:firstLine="0"/>
      </w:pPr>
      <w:r>
        <w:rPr>
          <w:rFonts w:ascii="Times New Roman" w:hAnsi="Times New Roman"/>
          <w:b w:val="0"/>
          <w:i/>
          <w:color w:val="000000"/>
          <w:sz w:val="32"/>
        </w:rPr>
        <w:t>(They soften, which is good enough for Anne who moves her hands conducting their softer snoring.)</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Oh, yes. Better, better, much better. Lovely ...lovely ...a flute to accompany ...the soft, soft sound of innocence.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(Taking this in stride, looking up from her work)</w:t>
      </w:r>
      <w:r>
        <w:rPr>
          <w:rFonts w:ascii="Times New Roman" w:hAnsi="Times New Roman"/>
          <w:b w:val="0"/>
          <w:i w:val="0"/>
          <w:color w:val="000000"/>
          <w:sz w:val="32"/>
        </w:rPr>
        <w:t xml:space="preserve">: </w:t>
      </w:r>
      <w:r>
        <w:rPr>
          <w:rFonts w:ascii="Times New Roman" w:hAnsi="Times New Roman"/>
          <w:b w:val="0"/>
          <w:i w:val="0"/>
          <w:color w:val="000000"/>
          <w:sz w:val="32"/>
        </w:rPr>
        <w:t>Yes, well, you might generously call it that ...Wonder if it’s raining on father in London ...</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(Stops ‘conducting’)</w:t>
      </w:r>
      <w:r>
        <w:rPr>
          <w:rFonts w:ascii="Times New Roman" w:hAnsi="Times New Roman"/>
          <w:b w:val="0"/>
          <w:i w:val="0"/>
          <w:color w:val="000000"/>
          <w:sz w:val="32"/>
        </w:rPr>
        <w:t xml:space="preserve">: </w:t>
      </w:r>
      <w:r>
        <w:rPr>
          <w:rFonts w:ascii="Times New Roman" w:hAnsi="Times New Roman"/>
          <w:b w:val="0"/>
          <w:i w:val="0"/>
          <w:color w:val="000000"/>
          <w:sz w:val="32"/>
        </w:rPr>
        <w:t>Theaters would be closed if at all like here ...</w:t>
      </w:r>
    </w:p>
    <w:p>
      <w:pPr>
        <w:keepNext w:val="0"/>
        <w:spacing w:before="140" w:after="80" w:line="276" w:lineRule="auto"/>
        <w:ind w:left="0" w:right="0" w:firstLine="0"/>
      </w:pPr>
      <w:r>
        <w:rPr>
          <w:rFonts w:ascii="Times New Roman" w:hAnsi="Times New Roman"/>
          <w:b w:val="0"/>
          <w:i/>
          <w:color w:val="000000"/>
          <w:sz w:val="32"/>
        </w:rPr>
        <w:t>(Anne gets up, replaces buckets. Kneels on floor to wipe up moisture with a cloth. The twins hurl themselves from under the covers and look over edge of bed at what she is doing.)</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Mother, mother, tell us please, why do we get the second-best bed? Is it because we’re little?</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I’ve told you, Judith, ‘second-best’s just a loving way ...between your father and me...we couldn’t afford a new bed—were poor...It’s the bed where you and Hamnet and Susanna before you were born ...so, very special to your father and myself.</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And you don't like the first-best bed in the other room near so much? Tis so, 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(Rubbing her eyes as she stands with a bucket)</w:t>
      </w:r>
      <w:r>
        <w:rPr>
          <w:rFonts w:ascii="Times New Roman" w:hAnsi="Times New Roman"/>
          <w:b w:val="0"/>
          <w:i w:val="0"/>
          <w:color w:val="000000"/>
          <w:sz w:val="32"/>
        </w:rPr>
        <w:t xml:space="preserve">: </w:t>
      </w:r>
      <w:r>
        <w:rPr>
          <w:rFonts w:ascii="Times New Roman" w:hAnsi="Times New Roman"/>
          <w:b w:val="0"/>
          <w:i w:val="0"/>
          <w:color w:val="000000"/>
          <w:sz w:val="32"/>
        </w:rPr>
        <w:t>That’s so, Hamnet—not so soft.</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 xml:space="preserve">Filled with horse hair! </w:t>
      </w:r>
      <w:r>
        <w:rPr>
          <w:rFonts w:ascii="Times New Roman" w:hAnsi="Times New Roman"/>
          <w:b w:val="0"/>
          <w:i/>
          <w:color w:val="000000"/>
          <w:sz w:val="32"/>
        </w:rPr>
        <w:t>(Makes exaggerated choking sounds.)</w:t>
      </w:r>
      <w:r>
        <w:rPr>
          <w:rFonts w:ascii="Times New Roman" w:hAnsi="Times New Roman"/>
          <w:b w:val="0"/>
          <w:i w:val="0"/>
          <w:color w:val="000000"/>
          <w:sz w:val="32"/>
        </w:rPr>
        <w:t xml:space="preserve"> Horse hair—not swan feathers, like ours, isn’t that so?</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(Nodding)</w:t>
      </w:r>
      <w:r>
        <w:rPr>
          <w:rFonts w:ascii="Times New Roman" w:hAnsi="Times New Roman"/>
          <w:b w:val="0"/>
          <w:i w:val="0"/>
          <w:color w:val="000000"/>
          <w:sz w:val="32"/>
        </w:rPr>
        <w:t xml:space="preserve">: </w:t>
      </w:r>
      <w:r>
        <w:rPr>
          <w:rFonts w:ascii="Times New Roman" w:hAnsi="Times New Roman"/>
          <w:b w:val="0"/>
          <w:i w:val="0"/>
          <w:color w:val="000000"/>
          <w:sz w:val="32"/>
        </w:rPr>
        <w:t>Yes, Hamnet—sticky horse hair.</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color w:val="000000"/>
          <w:sz w:val="32"/>
        </w:rPr>
        <w:t xml:space="preserve"> (Delicately, moving her hands to fit the line)</w:t>
      </w:r>
      <w:r>
        <w:rPr>
          <w:rFonts w:ascii="Times New Roman" w:hAnsi="Times New Roman"/>
          <w:b w:val="0"/>
          <w:i w:val="0"/>
          <w:color w:val="000000"/>
          <w:sz w:val="32"/>
        </w:rPr>
        <w:t xml:space="preserve">: </w:t>
      </w:r>
      <w:r>
        <w:rPr>
          <w:rFonts w:ascii="Times New Roman" w:hAnsi="Times New Roman"/>
          <w:b w:val="0"/>
          <w:i w:val="0"/>
          <w:color w:val="000000"/>
          <w:sz w:val="32"/>
        </w:rPr>
        <w:t>We float like swans on ours.</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Yours just newer, that’s all, isn’t it?</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That's all ...</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Newer sticky horse hair.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...and ...</w:t>
      </w:r>
      <w:r>
        <w:rPr>
          <w:rFonts w:ascii="Times New Roman" w:hAnsi="Times New Roman"/>
          <w:b w:val="0"/>
          <w:i/>
          <w:color w:val="000000"/>
          <w:sz w:val="32"/>
        </w:rPr>
        <w:t>(Softly)</w:t>
      </w:r>
      <w:r>
        <w:rPr>
          <w:rFonts w:ascii="Times New Roman" w:hAnsi="Times New Roman"/>
          <w:b w:val="0"/>
          <w:i w:val="0"/>
          <w:color w:val="000000"/>
          <w:sz w:val="32"/>
        </w:rPr>
        <w:t xml:space="preserve"> and ...colder ...</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(To Judith)</w:t>
      </w:r>
      <w:r>
        <w:rPr>
          <w:rFonts w:ascii="Times New Roman" w:hAnsi="Times New Roman"/>
          <w:b w:val="0"/>
          <w:i w:val="0"/>
          <w:color w:val="000000"/>
          <w:sz w:val="32"/>
        </w:rPr>
        <w:t xml:space="preserve">: </w:t>
      </w:r>
      <w:r>
        <w:rPr>
          <w:rFonts w:ascii="Times New Roman" w:hAnsi="Times New Roman"/>
          <w:b w:val="0"/>
          <w:i w:val="0"/>
          <w:color w:val="000000"/>
          <w:sz w:val="32"/>
        </w:rPr>
        <w:t xml:space="preserve">See? I told you, Judith. </w:t>
      </w:r>
      <w:r>
        <w:rPr>
          <w:rFonts w:ascii="Times New Roman" w:hAnsi="Times New Roman"/>
          <w:b w:val="0"/>
          <w:i/>
          <w:color w:val="000000"/>
          <w:sz w:val="32"/>
        </w:rPr>
        <w:t>(Bouncing.)</w:t>
      </w:r>
      <w:r>
        <w:rPr>
          <w:rFonts w:ascii="Times New Roman" w:hAnsi="Times New Roman"/>
          <w:b w:val="0"/>
          <w:i w:val="0"/>
          <w:color w:val="000000"/>
          <w:sz w:val="32"/>
        </w:rPr>
        <w:t xml:space="preserve"> Ours has downy feathers! </w:t>
      </w:r>
      <w:r>
        <w:rPr>
          <w:rFonts w:ascii="Times New Roman" w:hAnsi="Times New Roman"/>
          <w:b w:val="0"/>
          <w:i/>
          <w:color w:val="000000"/>
          <w:sz w:val="32"/>
        </w:rPr>
        <w:t>(Starting in again.)</w:t>
      </w:r>
      <w:r>
        <w:rPr>
          <w:rFonts w:ascii="Times New Roman" w:hAnsi="Times New Roman"/>
          <w:b w:val="0"/>
          <w:i w:val="0"/>
          <w:color w:val="000000"/>
          <w:sz w:val="32"/>
        </w:rPr>
        <w:t xml:space="preserve"> Ducks and swans!</w:t>
      </w:r>
    </w:p>
    <w:p>
      <w:pPr>
        <w:keepNext w:val="0"/>
        <w:spacing w:before="0" w:after="80" w:line="276" w:lineRule="auto"/>
        <w:ind w:left="0" w:right="0" w:firstLine="0"/>
      </w:pPr>
      <w:r>
        <w:rPr>
          <w:rFonts w:ascii="Times New Roman" w:hAnsi="Times New Roman"/>
          <w:b/>
          <w:i w:val="0"/>
          <w:color w:val="000000"/>
          <w:sz w:val="32"/>
        </w:rPr>
        <w:t>HAMNET AND JUDITH</w:t>
      </w:r>
      <w:r>
        <w:rPr>
          <w:rFonts w:ascii="Times New Roman" w:hAnsi="Times New Roman"/>
          <w:b w:val="0"/>
          <w:i w:val="0"/>
          <w:color w:val="000000"/>
          <w:sz w:val="32"/>
        </w:rPr>
        <w:t xml:space="preserve">: </w:t>
      </w:r>
      <w:r>
        <w:rPr>
          <w:rFonts w:ascii="Times New Roman" w:hAnsi="Times New Roman"/>
          <w:b w:val="0"/>
          <w:i w:val="0"/>
          <w:color w:val="000000"/>
          <w:sz w:val="32"/>
        </w:rPr>
        <w:t>Ducks and swans! Ducks and swans—</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Hamnet! Judith! If I have to get up ...</w:t>
      </w:r>
    </w:p>
    <w:p>
      <w:pPr>
        <w:keepNext w:val="0"/>
        <w:spacing w:before="140" w:after="80" w:line="276" w:lineRule="auto"/>
        <w:ind w:left="0" w:right="0" w:firstLine="0"/>
      </w:pPr>
      <w:r>
        <w:rPr>
          <w:rFonts w:ascii="Times New Roman" w:hAnsi="Times New Roman"/>
          <w:b w:val="0"/>
          <w:i/>
          <w:color w:val="000000"/>
          <w:sz w:val="32"/>
        </w:rPr>
        <w:t>(The twins freeze, looking at each other in mock terror.)</w:t>
      </w:r>
    </w:p>
    <w:p>
      <w:pPr>
        <w:keepNext w:val="0"/>
        <w:spacing w:before="0" w:after="80" w:line="276" w:lineRule="auto"/>
        <w:ind w:left="0" w:right="0" w:firstLine="0"/>
      </w:pPr>
      <w:r>
        <w:rPr>
          <w:rFonts w:ascii="Times New Roman" w:hAnsi="Times New Roman"/>
          <w:b/>
          <w:i w:val="0"/>
          <w:color w:val="000000"/>
          <w:sz w:val="32"/>
        </w:rPr>
        <w:t>Fade.</w:t>
      </w:r>
    </w:p>
    <w:p>
      <w:pPr>
        <w:keepNext w:val="0"/>
        <w:spacing w:before="140" w:after="80" w:line="276" w:lineRule="auto"/>
        <w:ind w:left="0" w:right="0" w:firstLine="0"/>
      </w:pPr>
      <w:r>
        <w:rPr>
          <w:rFonts w:ascii="Times New Roman" w:hAnsi="Times New Roman"/>
          <w:b w:val="0"/>
          <w:i/>
          <w:color w:val="000000"/>
          <w:sz w:val="32"/>
        </w:rPr>
        <w:t>(The pub. As the Barman fills cups then returns to bar—)</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Yes ...? To...? The second-best bed to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To ...to Anne.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(Droll)</w:t>
      </w:r>
      <w:r>
        <w:rPr>
          <w:rFonts w:ascii="Times New Roman" w:hAnsi="Times New Roman"/>
          <w:b w:val="0"/>
          <w:i w:val="0"/>
          <w:color w:val="000000"/>
          <w:sz w:val="32"/>
        </w:rPr>
        <w:t xml:space="preserve">: </w:t>
      </w:r>
      <w:r>
        <w:rPr>
          <w:rFonts w:ascii="Times New Roman" w:hAnsi="Times New Roman"/>
          <w:b w:val="0"/>
          <w:i w:val="0"/>
          <w:color w:val="000000"/>
          <w:sz w:val="32"/>
        </w:rPr>
        <w:t>That’s clever?</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(Also)</w:t>
      </w:r>
      <w:r>
        <w:rPr>
          <w:rFonts w:ascii="Times New Roman" w:hAnsi="Times New Roman"/>
          <w:b w:val="0"/>
          <w:i w:val="0"/>
          <w:color w:val="000000"/>
          <w:sz w:val="32"/>
        </w:rPr>
        <w:t xml:space="preserve">: </w:t>
      </w:r>
      <w:r>
        <w:rPr>
          <w:rFonts w:ascii="Times New Roman" w:hAnsi="Times New Roman"/>
          <w:b w:val="0"/>
          <w:i w:val="0"/>
          <w:color w:val="000000"/>
          <w:sz w:val="32"/>
        </w:rPr>
        <w:t>No, simple.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Come to you suddenly, did it?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Might not this be penurious of you, Will—the second-best bed to your dear wife Anne?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You know, this could be an idea for our show—something about beds.</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(Pouncing)</w:t>
      </w:r>
      <w:r>
        <w:rPr>
          <w:rFonts w:ascii="Times New Roman" w:hAnsi="Times New Roman"/>
          <w:b w:val="0"/>
          <w:i w:val="0"/>
          <w:color w:val="000000"/>
          <w:sz w:val="32"/>
        </w:rPr>
        <w:t xml:space="preserve">: </w:t>
      </w:r>
      <w:r>
        <w:rPr>
          <w:rFonts w:ascii="Times New Roman" w:hAnsi="Times New Roman"/>
          <w:b w:val="0"/>
          <w:i w:val="0"/>
          <w:color w:val="000000"/>
          <w:sz w:val="32"/>
        </w:rPr>
        <w:t>A second-best bed?! Poor Kit—fallen so ...from ‘Tamburlaine’ and ‘Dr. Faustus’ to used beds. Soon he’ll open a shop!</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(Cuttingly)</w:t>
      </w:r>
      <w:r>
        <w:rPr>
          <w:rFonts w:ascii="Times New Roman" w:hAnsi="Times New Roman"/>
          <w:b w:val="0"/>
          <w:i w:val="0"/>
          <w:color w:val="000000"/>
          <w:sz w:val="32"/>
        </w:rPr>
        <w:t xml:space="preserve">: </w:t>
      </w:r>
      <w:r>
        <w:rPr>
          <w:rFonts w:ascii="Times New Roman" w:hAnsi="Times New Roman"/>
          <w:b w:val="0"/>
          <w:i w:val="0"/>
          <w:color w:val="000000"/>
          <w:sz w:val="32"/>
        </w:rPr>
        <w:t>If only you could fall so far—from?—from what?—think about it, my dear Edward. You’ve naught to fall from other than your fat purse—which you did not earn. Not even a splat mark you’ll leave.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(To divert them)</w:t>
      </w:r>
      <w:r>
        <w:rPr>
          <w:rFonts w:ascii="Times New Roman" w:hAnsi="Times New Roman"/>
          <w:b w:val="0"/>
          <w:i w:val="0"/>
          <w:color w:val="000000"/>
          <w:sz w:val="32"/>
        </w:rPr>
        <w:t xml:space="preserve">: </w:t>
      </w:r>
      <w:r>
        <w:rPr>
          <w:rFonts w:ascii="Times New Roman" w:hAnsi="Times New Roman"/>
          <w:b w:val="0"/>
          <w:i w:val="0"/>
          <w:color w:val="000000"/>
          <w:sz w:val="32"/>
        </w:rPr>
        <w:t>Not bad, Kit—the great William Shakespeare leaving the second-best bed to his wife. Then who's he leaving his best bed to?! That’s the question! What's Will really saying in this new revised will of his? Is his best bed going to a woman or a man or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With Will, for heaven's sake, it could be to a Unicorn!</w:t>
      </w:r>
    </w:p>
    <w:p>
      <w:pPr>
        <w:keepNext w:val="0"/>
        <w:spacing w:before="140" w:after="80" w:line="276" w:lineRule="auto"/>
        <w:ind w:left="0" w:right="0" w:firstLine="0"/>
      </w:pPr>
      <w:r>
        <w:rPr>
          <w:rFonts w:ascii="Times New Roman" w:hAnsi="Times New Roman"/>
          <w:b w:val="0"/>
          <w:i/>
          <w:color w:val="000000"/>
          <w:sz w:val="32"/>
        </w:rPr>
        <w:t>(Even Will Shakespeare laughs.)</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(Standing, pacing)</w:t>
      </w:r>
      <w:r>
        <w:rPr>
          <w:rFonts w:ascii="Times New Roman" w:hAnsi="Times New Roman"/>
          <w:b w:val="0"/>
          <w:i w:val="0"/>
          <w:color w:val="000000"/>
          <w:sz w:val="32"/>
        </w:rPr>
        <w:t xml:space="preserve">: </w:t>
      </w:r>
      <w:r>
        <w:rPr>
          <w:rFonts w:ascii="Times New Roman" w:hAnsi="Times New Roman"/>
          <w:b w:val="0"/>
          <w:i w:val="0"/>
          <w:color w:val="000000"/>
          <w:sz w:val="32"/>
        </w:rPr>
        <w:t>It's fraught with...with fraught! With fraught?—brilliant—</w:t>
      </w:r>
      <w:r>
        <w:rPr>
          <w:rFonts w:ascii="Times New Roman" w:hAnsi="Times New Roman"/>
          <w:b w:val="0"/>
          <w:i/>
          <w:color w:val="000000"/>
          <w:sz w:val="32"/>
        </w:rPr>
        <w:t>(To Ben Jonson)</w:t>
      </w:r>
      <w:r>
        <w:rPr>
          <w:rFonts w:ascii="Times New Roman" w:hAnsi="Times New Roman"/>
          <w:b w:val="0"/>
          <w:i w:val="0"/>
          <w:color w:val="000000"/>
          <w:sz w:val="32"/>
        </w:rPr>
        <w:t xml:space="preserve"> Jot that down! </w:t>
      </w:r>
      <w:r>
        <w:rPr>
          <w:rFonts w:ascii="Times New Roman" w:hAnsi="Times New Roman"/>
          <w:b w:val="0"/>
          <w:i/>
          <w:color w:val="000000"/>
          <w:sz w:val="32"/>
        </w:rPr>
        <w:t>(Ben Jonson rolls his eyes, but Edward De Vere jots it down.)</w:t>
      </w:r>
      <w:r>
        <w:rPr>
          <w:rFonts w:ascii="Times New Roman" w:hAnsi="Times New Roman"/>
          <w:b w:val="0"/>
          <w:i w:val="0"/>
          <w:color w:val="000000"/>
          <w:sz w:val="32"/>
        </w:rPr>
        <w:t xml:space="preserve"> Wait...</w:t>
      </w:r>
      <w:r>
        <w:rPr>
          <w:rFonts w:ascii="Times New Roman" w:hAnsi="Times New Roman"/>
          <w:b w:val="0"/>
          <w:i/>
          <w:color w:val="000000"/>
          <w:sz w:val="32"/>
        </w:rPr>
        <w:t>(Inspired now)</w:t>
      </w:r>
      <w:r>
        <w:rPr>
          <w:rFonts w:ascii="Times New Roman" w:hAnsi="Times New Roman"/>
          <w:b w:val="0"/>
          <w:i w:val="0"/>
          <w:color w:val="000000"/>
          <w:sz w:val="32"/>
        </w:rPr>
        <w:t xml:space="preserve"> ...wait ...‘Come live with me ...and be my love/And we will...we will all the...‘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(Shaking his head)</w:t>
      </w:r>
      <w:r>
        <w:rPr>
          <w:rFonts w:ascii="Times New Roman" w:hAnsi="Times New Roman"/>
          <w:b w:val="0"/>
          <w:i w:val="0"/>
          <w:color w:val="000000"/>
          <w:sz w:val="32"/>
        </w:rPr>
        <w:t xml:space="preserve">: </w:t>
      </w:r>
      <w:r>
        <w:rPr>
          <w:rFonts w:ascii="Times New Roman" w:hAnsi="Times New Roman"/>
          <w:b w:val="0"/>
          <w:i w:val="0"/>
          <w:color w:val="000000"/>
          <w:sz w:val="32"/>
        </w:rPr>
        <w:t>Kit quoting himself—if only a little! Will, a miracle you’ve done!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(Wisely)</w:t>
      </w:r>
      <w:r>
        <w:rPr>
          <w:rFonts w:ascii="Times New Roman" w:hAnsi="Times New Roman"/>
          <w:b w:val="0"/>
          <w:i w:val="0"/>
          <w:color w:val="000000"/>
          <w:sz w:val="32"/>
        </w:rPr>
        <w:t xml:space="preserve">: </w:t>
      </w:r>
      <w:r>
        <w:rPr>
          <w:rFonts w:ascii="Times New Roman" w:hAnsi="Times New Roman"/>
          <w:b w:val="0"/>
          <w:i w:val="0"/>
          <w:color w:val="000000"/>
          <w:sz w:val="32"/>
        </w:rPr>
        <w:t>Earlier he couldn’t if you recall.</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(Searching for the positive)</w:t>
      </w:r>
      <w:r>
        <w:rPr>
          <w:rFonts w:ascii="Times New Roman" w:hAnsi="Times New Roman"/>
          <w:b w:val="0"/>
          <w:i w:val="0"/>
          <w:color w:val="000000"/>
          <w:sz w:val="32"/>
        </w:rPr>
        <w:t xml:space="preserve">: </w:t>
      </w:r>
      <w:r>
        <w:rPr>
          <w:rFonts w:ascii="Times New Roman" w:hAnsi="Times New Roman"/>
          <w:b w:val="0"/>
          <w:i w:val="0"/>
          <w:color w:val="000000"/>
          <w:sz w:val="32"/>
        </w:rPr>
        <w:t>Progress—yeh.</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(His hand up, asking for patience)</w:t>
      </w:r>
      <w:r>
        <w:rPr>
          <w:rFonts w:ascii="Times New Roman" w:hAnsi="Times New Roman"/>
          <w:b w:val="0"/>
          <w:i w:val="0"/>
          <w:color w:val="000000"/>
          <w:sz w:val="32"/>
        </w:rPr>
        <w:t xml:space="preserve">: </w:t>
      </w:r>
      <w:r>
        <w:rPr>
          <w:rFonts w:ascii="Times New Roman" w:hAnsi="Times New Roman"/>
          <w:b w:val="0"/>
          <w:i w:val="0"/>
          <w:color w:val="000000"/>
          <w:sz w:val="32"/>
        </w:rPr>
        <w:t>...Wait—let me finish! ...‘We will all the pleasures prove’ ...Where? ...‘On our best bed!’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(Pause as they think about it)</w:t>
      </w:r>
      <w:r>
        <w:rPr>
          <w:rFonts w:ascii="Times New Roman" w:hAnsi="Times New Roman"/>
          <w:b w:val="0"/>
          <w:i w:val="0"/>
          <w:color w:val="000000"/>
          <w:sz w:val="32"/>
        </w:rPr>
        <w:t xml:space="preserve">: </w:t>
      </w:r>
      <w:r>
        <w:rPr>
          <w:rFonts w:ascii="Times New Roman" w:hAnsi="Times New Roman"/>
          <w:b w:val="0"/>
          <w:i w:val="0"/>
          <w:color w:val="000000"/>
          <w:sz w:val="32"/>
        </w:rPr>
        <w:t>The court does have bawdy taste—any suggestion of people being prone sends them into spasms of delight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That kind of story—? No, no!—don't put my name on it—family, you know. Can't take the scandal. Bad enough hanging out with you fellows in this place.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Edward, I’m joking.</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Joking?</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Pulling your leg—a second-best bed for a theme, really.</w:t>
      </w:r>
    </w:p>
    <w:p>
      <w:pPr>
        <w:keepNext w:val="0"/>
        <w:spacing w:before="140" w:after="80" w:line="276" w:lineRule="auto"/>
        <w:ind w:left="0" w:right="0" w:firstLine="0"/>
      </w:pPr>
      <w:r>
        <w:rPr>
          <w:rFonts w:ascii="Times New Roman" w:hAnsi="Times New Roman"/>
          <w:b w:val="0"/>
          <w:i/>
          <w:color w:val="000000"/>
          <w:sz w:val="32"/>
        </w:rPr>
        <w:t>(Edward De Vere looks around, others are smiling.)</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(After a moment, smile going away, rethinking it)</w:t>
      </w:r>
      <w:r>
        <w:rPr>
          <w:rFonts w:ascii="Times New Roman" w:hAnsi="Times New Roman"/>
          <w:b w:val="0"/>
          <w:i w:val="0"/>
          <w:color w:val="000000"/>
          <w:sz w:val="32"/>
        </w:rPr>
        <w:t xml:space="preserve">: </w:t>
      </w:r>
      <w:r>
        <w:rPr>
          <w:rFonts w:ascii="Times New Roman" w:hAnsi="Times New Roman"/>
          <w:b w:val="0"/>
          <w:i w:val="0"/>
          <w:color w:val="000000"/>
          <w:sz w:val="32"/>
        </w:rPr>
        <w:t>Well, I don’t know ...when you think about it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No, Kit, never—dangerous times. We might laugh, but would they? Or...?</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Cambridge didn’t prepare you for jokes, did it, Edward?</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(Stiffly)</w:t>
      </w:r>
      <w:r>
        <w:rPr>
          <w:rFonts w:ascii="Times New Roman" w:hAnsi="Times New Roman"/>
          <w:b w:val="0"/>
          <w:i w:val="0"/>
          <w:color w:val="000000"/>
          <w:sz w:val="32"/>
        </w:rPr>
        <w:t xml:space="preserve">: </w:t>
      </w:r>
      <w:r>
        <w:rPr>
          <w:rFonts w:ascii="Times New Roman" w:hAnsi="Times New Roman"/>
          <w:b w:val="0"/>
          <w:i w:val="0"/>
          <w:color w:val="000000"/>
          <w:sz w:val="32"/>
        </w:rPr>
        <w:t>Humor not in the curriculum.</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 running joke they have)</w:t>
      </w:r>
      <w:r>
        <w:rPr>
          <w:rFonts w:ascii="Times New Roman" w:hAnsi="Times New Roman"/>
          <w:b w:val="0"/>
          <w:i w:val="0"/>
          <w:color w:val="000000"/>
          <w:sz w:val="32"/>
        </w:rPr>
        <w:t xml:space="preserve">: </w:t>
      </w:r>
      <w:r>
        <w:rPr>
          <w:rFonts w:ascii="Times New Roman" w:hAnsi="Times New Roman"/>
          <w:b w:val="0"/>
          <w:i w:val="0"/>
          <w:color w:val="000000"/>
          <w:sz w:val="32"/>
        </w:rPr>
        <w:t>Odd anyway, Edward, you—Earl of Oxford—studying at Cambridge.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Oxford turn you down?</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(Weary)</w:t>
      </w:r>
      <w:r>
        <w:rPr>
          <w:rFonts w:ascii="Times New Roman" w:hAnsi="Times New Roman"/>
          <w:b w:val="0"/>
          <w:i w:val="0"/>
          <w:color w:val="000000"/>
          <w:sz w:val="32"/>
        </w:rPr>
        <w:t xml:space="preserve">: </w:t>
      </w:r>
      <w:r>
        <w:rPr>
          <w:rFonts w:ascii="Times New Roman" w:hAnsi="Times New Roman"/>
          <w:b w:val="0"/>
          <w:i w:val="0"/>
          <w:color w:val="000000"/>
          <w:sz w:val="32"/>
        </w:rPr>
        <w:t>Prithee, my good fellows, let’s not do this again.</w:t>
      </w:r>
    </w:p>
    <w:p>
      <w:pPr>
        <w:keepNext w:val="0"/>
        <w:spacing w:before="140" w:after="80" w:line="276" w:lineRule="auto"/>
        <w:ind w:left="0" w:right="0" w:firstLine="0"/>
      </w:pPr>
      <w:r>
        <w:rPr>
          <w:rFonts w:ascii="Times New Roman" w:hAnsi="Times New Roman"/>
          <w:b w:val="0"/>
          <w:i/>
          <w:color w:val="000000"/>
          <w:sz w:val="32"/>
        </w:rPr>
        <w:t>(They laugh. Edward De Vere joins in, smiles gratefully and relaxes. Will Shakespeare suddenly leans forward, writes again. They watch him intensely. He finishes, sets pen aside. They look at each other.</w:t>
        <w:br/>
        <w:br/>
        <w:t>Silence.)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(Finally, tentatively)</w:t>
      </w:r>
      <w:r>
        <w:rPr>
          <w:rFonts w:ascii="Times New Roman" w:hAnsi="Times New Roman"/>
          <w:b w:val="0"/>
          <w:i w:val="0"/>
          <w:color w:val="000000"/>
          <w:sz w:val="32"/>
        </w:rPr>
        <w:t xml:space="preserve">: </w:t>
      </w:r>
      <w:r>
        <w:rPr>
          <w:rFonts w:ascii="Times New Roman" w:hAnsi="Times New Roman"/>
          <w:b w:val="0"/>
          <w:i w:val="0"/>
          <w:color w:val="000000"/>
          <w:sz w:val="32"/>
        </w:rPr>
        <w:t>Well, Will ...?</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More on your will, Will?</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Come on, Will, let us into that quagmire brain of yours.</w:t>
      </w:r>
    </w:p>
    <w:p>
      <w:pPr>
        <w:keepNext w:val="0"/>
        <w:spacing w:before="140" w:after="80" w:line="276" w:lineRule="auto"/>
        <w:ind w:left="0" w:right="0" w:firstLine="0"/>
      </w:pPr>
      <w:r>
        <w:rPr>
          <w:rFonts w:ascii="Times New Roman" w:hAnsi="Times New Roman"/>
          <w:b w:val="0"/>
          <w:i/>
          <w:color w:val="000000"/>
          <w:sz w:val="32"/>
        </w:rPr>
        <w:t>(Will Shakespeare nods. They wait.)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Now I’ve got it down—the best bed goes to...</w:t>
      </w:r>
      <w:r>
        <w:rPr>
          <w:rFonts w:ascii="Times New Roman" w:hAnsi="Times New Roman"/>
          <w:b w:val="0"/>
          <w:i/>
          <w:color w:val="000000"/>
          <w:sz w:val="32"/>
        </w:rPr>
        <w:t>(Pause)</w:t>
      </w:r>
      <w:r>
        <w:rPr>
          <w:rFonts w:ascii="Times New Roman" w:hAnsi="Times New Roman"/>
          <w:b w:val="0"/>
          <w:i w:val="0"/>
          <w:color w:val="000000"/>
          <w:sz w:val="32"/>
        </w:rPr>
        <w:t xml:space="preserve"> ...not to Anne—nor, Kit, to a unicorn—but to ...but to Susanna and the twins!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(Applauds)</w:t>
      </w:r>
      <w:r>
        <w:rPr>
          <w:rFonts w:ascii="Times New Roman" w:hAnsi="Times New Roman"/>
          <w:b w:val="0"/>
          <w:i w:val="0"/>
          <w:color w:val="000000"/>
          <w:sz w:val="32"/>
        </w:rPr>
        <w:t xml:space="preserve">: </w:t>
      </w:r>
      <w:r>
        <w:rPr>
          <w:rFonts w:ascii="Times New Roman" w:hAnsi="Times New Roman"/>
          <w:b w:val="0"/>
          <w:i w:val="0"/>
          <w:color w:val="000000"/>
          <w:sz w:val="32"/>
        </w:rPr>
        <w:t>There’s a good father for you! And the second-best bed—still to Anne?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To Anne, still—where we made Susanna and the twins. I knew something was brewing in the old subconscious. My Anne will approve for romantic sentimental reasons. And Hamnet’s not well ...</w:t>
      </w:r>
      <w:r>
        <w:rPr>
          <w:rFonts w:ascii="Times New Roman" w:hAnsi="Times New Roman"/>
          <w:b w:val="0"/>
          <w:i/>
          <w:color w:val="000000"/>
          <w:sz w:val="32"/>
        </w:rPr>
        <w:t>(Looks at others, tries to smile, can’t)</w:t>
      </w:r>
      <w:r>
        <w:rPr>
          <w:rFonts w:ascii="Times New Roman" w:hAnsi="Times New Roman"/>
          <w:b w:val="0"/>
          <w:i w:val="0"/>
          <w:color w:val="000000"/>
          <w:sz w:val="32"/>
        </w:rPr>
        <w:t xml:space="preserve"> May truly need a good bed, come to it, sweet boy.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Sorry to hear this, Will.</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Aye.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Can all fit on the best bed?</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Aye. They all fit on the second-best bed, why not the best?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This is fine and heart-warming, but we need a show soon for the Queen—and needs be dramatic.</w:t>
      </w:r>
    </w:p>
    <w:p>
      <w:pPr>
        <w:keepNext w:val="0"/>
        <w:spacing w:before="140" w:after="80" w:line="276" w:lineRule="auto"/>
        <w:ind w:left="0" w:right="0" w:firstLine="0"/>
      </w:pPr>
      <w:r>
        <w:rPr>
          <w:rFonts w:ascii="Times New Roman" w:hAnsi="Times New Roman"/>
          <w:b w:val="0"/>
          <w:i/>
          <w:color w:val="000000"/>
          <w:sz w:val="32"/>
        </w:rPr>
        <w:t>(They all puzzle, then fade and to Stratford, the water, ducks and swans in the rain, playfully chasing each other, echoing the children, then inside the cottage—</w:t>
        <w:br/>
        <w:br/>
        <w:t>Anne takes out paper and quill, looks at open book, copies something from book, using when needed hand held spectacles.)</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(Waits)</w:t>
      </w:r>
      <w:r>
        <w:rPr>
          <w:rFonts w:ascii="Times New Roman" w:hAnsi="Times New Roman"/>
          <w:b w:val="0"/>
          <w:i w:val="0"/>
          <w:color w:val="000000"/>
          <w:sz w:val="32"/>
        </w:rPr>
        <w:t xml:space="preserve">: </w:t>
      </w:r>
      <w:r>
        <w:rPr>
          <w:rFonts w:ascii="Times New Roman" w:hAnsi="Times New Roman"/>
          <w:b w:val="0"/>
          <w:i w:val="0"/>
          <w:color w:val="000000"/>
          <w:sz w:val="32"/>
        </w:rPr>
        <w:t>Mother—the Holinshed book?</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Yes, dear.</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 xml:space="preserve">For father? </w:t>
      </w:r>
      <w:r>
        <w:rPr>
          <w:rFonts w:ascii="Times New Roman" w:hAnsi="Times New Roman"/>
          <w:b w:val="0"/>
          <w:i/>
          <w:color w:val="000000"/>
          <w:sz w:val="32"/>
        </w:rPr>
        <w:t>(A little weary)</w:t>
      </w:r>
      <w:r>
        <w:rPr>
          <w:rFonts w:ascii="Times New Roman" w:hAnsi="Times New Roman"/>
          <w:b w:val="0"/>
          <w:i w:val="0"/>
          <w:color w:val="000000"/>
          <w:sz w:val="32"/>
        </w:rPr>
        <w:t xml:space="preserve"> Yet another play? Mother, don’t you do enough, keeping the house and family?</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(Smiling wanly)</w:t>
      </w:r>
      <w:r>
        <w:rPr>
          <w:rFonts w:ascii="Times New Roman" w:hAnsi="Times New Roman"/>
          <w:b w:val="0"/>
          <w:i w:val="0"/>
          <w:color w:val="000000"/>
          <w:sz w:val="32"/>
        </w:rPr>
        <w:t xml:space="preserve">: </w:t>
      </w:r>
      <w:r>
        <w:rPr>
          <w:rFonts w:ascii="Times New Roman" w:hAnsi="Times New Roman"/>
          <w:b w:val="0"/>
          <w:i w:val="0"/>
          <w:color w:val="000000"/>
          <w:sz w:val="32"/>
        </w:rPr>
        <w:t>Just a bit of research ...he wrote and asked ...and so sweetly, Susanna ...can be so sweet ...help when I can—enjoy it, I do.</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If only he helped us ...</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(Softly)</w:t>
      </w:r>
      <w:r>
        <w:rPr>
          <w:rFonts w:ascii="Times New Roman" w:hAnsi="Times New Roman"/>
          <w:b w:val="0"/>
          <w:i w:val="0"/>
          <w:color w:val="000000"/>
          <w:sz w:val="32"/>
        </w:rPr>
        <w:t xml:space="preserve">: </w:t>
      </w:r>
      <w:r>
        <w:rPr>
          <w:rFonts w:ascii="Times New Roman" w:hAnsi="Times New Roman"/>
          <w:b w:val="0"/>
          <w:i w:val="0"/>
          <w:color w:val="000000"/>
          <w:sz w:val="32"/>
        </w:rPr>
        <w:t>Susanna!</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(In his sleep)</w:t>
      </w:r>
      <w:r>
        <w:rPr>
          <w:rFonts w:ascii="Times New Roman" w:hAnsi="Times New Roman"/>
          <w:b w:val="0"/>
          <w:i w:val="0"/>
          <w:color w:val="000000"/>
          <w:sz w:val="32"/>
        </w:rPr>
        <w:t xml:space="preserve">: </w:t>
      </w:r>
      <w:r>
        <w:rPr>
          <w:rFonts w:ascii="Times New Roman" w:hAnsi="Times New Roman"/>
          <w:b w:val="0"/>
          <w:i w:val="0"/>
          <w:color w:val="000000"/>
          <w:sz w:val="32"/>
        </w:rPr>
        <w:t>Father, father, where—is—father—</w:t>
      </w:r>
      <w:r>
        <w:rPr>
          <w:rFonts w:ascii="Times New Roman" w:hAnsi="Times New Roman"/>
          <w:b w:val="0"/>
          <w:i/>
          <w:color w:val="000000"/>
          <w:sz w:val="32"/>
        </w:rPr>
        <w:t>(Judith wakes, kicks him lightly in the leg. They look at each other a moment.)</w:t>
      </w:r>
      <w:r>
        <w:rPr>
          <w:rFonts w:ascii="Times New Roman" w:hAnsi="Times New Roman"/>
          <w:b w:val="0"/>
          <w:i w:val="0"/>
          <w:color w:val="000000"/>
          <w:sz w:val="32"/>
        </w:rPr>
        <w:t xml:space="preserve"> Father, father ...</w:t>
      </w:r>
    </w:p>
    <w:p>
      <w:pPr>
        <w:keepNext w:val="0"/>
        <w:spacing w:before="140" w:after="80" w:line="276" w:lineRule="auto"/>
        <w:ind w:left="0" w:right="0" w:firstLine="0"/>
      </w:pPr>
      <w:r>
        <w:rPr>
          <w:rFonts w:ascii="Times New Roman" w:hAnsi="Times New Roman"/>
          <w:b w:val="0"/>
          <w:i/>
          <w:color w:val="000000"/>
          <w:sz w:val="32"/>
        </w:rPr>
        <w:t>(She kicks him again, gently. He looks at her and becomes quiet. Goes back to sleep. Anne and Susanna look at the twins for a few moments.)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(Anticipating her, as she continues making notations)</w:t>
      </w:r>
      <w:r>
        <w:rPr>
          <w:rFonts w:ascii="Times New Roman" w:hAnsi="Times New Roman"/>
          <w:b w:val="0"/>
          <w:i w:val="0"/>
          <w:color w:val="000000"/>
          <w:sz w:val="32"/>
        </w:rPr>
        <w:t xml:space="preserve">: </w:t>
      </w:r>
      <w:r>
        <w:rPr>
          <w:rFonts w:ascii="Times New Roman" w:hAnsi="Times New Roman"/>
          <w:b w:val="0"/>
          <w:i w:val="0"/>
          <w:color w:val="000000"/>
          <w:sz w:val="32"/>
        </w:rPr>
        <w:t>I don't know when he's coming home, Susanna, please don't ask again. Terrible sickness in the city’s the word. I wish him home and safe, but it’s not to be.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I can't imagine much going on in the theatres with sickness about. Is that why we don't visit him, 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(Nodding)</w:t>
      </w:r>
      <w:r>
        <w:rPr>
          <w:rFonts w:ascii="Times New Roman" w:hAnsi="Times New Roman"/>
          <w:b w:val="0"/>
          <w:i w:val="0"/>
          <w:color w:val="000000"/>
          <w:sz w:val="32"/>
        </w:rPr>
        <w:t xml:space="preserve">: </w:t>
      </w:r>
      <w:r>
        <w:rPr>
          <w:rFonts w:ascii="Times New Roman" w:hAnsi="Times New Roman"/>
          <w:b w:val="0"/>
          <w:i w:val="0"/>
          <w:color w:val="000000"/>
          <w:sz w:val="32"/>
        </w:rPr>
        <w:t xml:space="preserve">Or he us. </w:t>
      </w:r>
      <w:r>
        <w:rPr>
          <w:rFonts w:ascii="Times New Roman" w:hAnsi="Times New Roman"/>
          <w:b w:val="0"/>
          <w:i/>
          <w:color w:val="000000"/>
          <w:sz w:val="32"/>
        </w:rPr>
        <w:t>(Suddenly distressed.)</w:t>
      </w:r>
      <w:r>
        <w:rPr>
          <w:rFonts w:ascii="Times New Roman" w:hAnsi="Times New Roman"/>
          <w:b w:val="0"/>
          <w:i w:val="0"/>
          <w:color w:val="000000"/>
          <w:sz w:val="32"/>
        </w:rPr>
        <w:t xml:space="preserve"> He wouldn’t want ...and Hamnet's not been well, Susanna, not been ...strong. You’ve seen that, haven’t you? I wouldn't want Hamnet in London at such a time. You've seen how—</w:t>
      </w:r>
    </w:p>
    <w:p>
      <w:pPr>
        <w:keepNext w:val="0"/>
        <w:spacing w:before="140" w:after="80" w:line="276" w:lineRule="auto"/>
        <w:ind w:left="0" w:right="0" w:firstLine="0"/>
      </w:pPr>
      <w:r>
        <w:rPr>
          <w:rFonts w:ascii="Times New Roman" w:hAnsi="Times New Roman"/>
          <w:b w:val="0"/>
          <w:i/>
          <w:color w:val="000000"/>
          <w:sz w:val="32"/>
        </w:rPr>
        <w:t>(Catches herself, looks at Hamnet, who has opened his eyes and heard her. He looks straight at her then falls back onto the bed, stares at the ceiling, twirls a lock of his hair moodily.</w:t>
        <w:br/>
        <w:br/>
        <w:t>Silence.)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(Sotto voice)</w:t>
      </w:r>
      <w:r>
        <w:rPr>
          <w:rFonts w:ascii="Times New Roman" w:hAnsi="Times New Roman"/>
          <w:b w:val="0"/>
          <w:i w:val="0"/>
          <w:color w:val="000000"/>
          <w:sz w:val="32"/>
        </w:rPr>
        <w:t xml:space="preserve">: </w:t>
      </w:r>
      <w:r>
        <w:rPr>
          <w:rFonts w:ascii="Times New Roman" w:hAnsi="Times New Roman"/>
          <w:b w:val="0"/>
          <w:i w:val="0"/>
          <w:color w:val="000000"/>
          <w:sz w:val="32"/>
        </w:rPr>
        <w:t>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(Sotto voice)</w:t>
      </w:r>
      <w:r>
        <w:rPr>
          <w:rFonts w:ascii="Times New Roman" w:hAnsi="Times New Roman"/>
          <w:b w:val="0"/>
          <w:i w:val="0"/>
          <w:color w:val="000000"/>
          <w:sz w:val="32"/>
        </w:rPr>
        <w:t xml:space="preserve">: </w:t>
      </w:r>
      <w:r>
        <w:rPr>
          <w:rFonts w:ascii="Times New Roman" w:hAnsi="Times New Roman"/>
          <w:b w:val="0"/>
          <w:i w:val="0"/>
          <w:color w:val="000000"/>
          <w:sz w:val="32"/>
        </w:rPr>
        <w:t>Shouldn't have said anything ...wasn’t thinking ...but you know ...I’ve never ...never told you—his the more difficult birth...Judith came second ...worry for him so, especially when there's sickness about...</w:t>
      </w:r>
      <w:r>
        <w:rPr>
          <w:rFonts w:ascii="Times New Roman" w:hAnsi="Times New Roman"/>
          <w:b w:val="0"/>
          <w:i/>
          <w:color w:val="000000"/>
          <w:sz w:val="32"/>
        </w:rPr>
        <w:t>(Pause, normal voice)</w:t>
      </w:r>
      <w:r>
        <w:rPr>
          <w:rFonts w:ascii="Times New Roman" w:hAnsi="Times New Roman"/>
          <w:b w:val="0"/>
          <w:i w:val="0"/>
          <w:color w:val="000000"/>
          <w:sz w:val="32"/>
        </w:rPr>
        <w:t xml:space="preserve"> Hamnet? Hamnet, dear?</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Hamnet, mother’s talking to you ...Judith looks at Hamnet then follows suit, falling back, twirling a lock of her hair. They breathe heavily in unison. Anne and Susanna watch them.</w:t>
      </w:r>
    </w:p>
    <w:p>
      <w:pPr>
        <w:keepNext w:val="0"/>
        <w:spacing w:before="140" w:after="80" w:line="276" w:lineRule="auto"/>
        <w:ind w:left="0" w:right="0" w:firstLine="0"/>
      </w:pPr>
      <w:r>
        <w:rPr>
          <w:rFonts w:ascii="Times New Roman" w:hAnsi="Times New Roman"/>
          <w:b w:val="0"/>
          <w:i/>
          <w:color w:val="000000"/>
          <w:sz w:val="32"/>
        </w:rPr>
        <w:t>(A silence.)</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I'm sorry, Hamnet sweet ...Anyway, I wrote a few lines your father might like for his new play. Do you want to hear them? Hamnet, do you?</w:t>
      </w:r>
    </w:p>
    <w:p>
      <w:pPr>
        <w:keepNext w:val="0"/>
        <w:spacing w:before="140" w:after="80" w:line="276" w:lineRule="auto"/>
        <w:ind w:left="0" w:right="0" w:firstLine="0"/>
      </w:pPr>
      <w:r>
        <w:rPr>
          <w:rFonts w:ascii="Times New Roman" w:hAnsi="Times New Roman"/>
          <w:b w:val="0"/>
          <w:i/>
          <w:color w:val="000000"/>
          <w:sz w:val="32"/>
        </w:rPr>
        <w:t>(Hamnet remains silent.)</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color w:val="000000"/>
          <w:sz w:val="32"/>
        </w:rPr>
        <w:t xml:space="preserve"> (Not having moved, staring at ceiling)</w:t>
      </w:r>
      <w:r>
        <w:rPr>
          <w:rFonts w:ascii="Times New Roman" w:hAnsi="Times New Roman"/>
          <w:b w:val="0"/>
          <w:i w:val="0"/>
          <w:color w:val="000000"/>
          <w:sz w:val="32"/>
        </w:rPr>
        <w:t xml:space="preserve">: </w:t>
      </w:r>
      <w:r>
        <w:rPr>
          <w:rFonts w:ascii="Times New Roman" w:hAnsi="Times New Roman"/>
          <w:b w:val="0"/>
          <w:i w:val="0"/>
          <w:color w:val="000000"/>
          <w:sz w:val="32"/>
        </w:rPr>
        <w:t>Father, father ...</w:t>
      </w:r>
    </w:p>
    <w:p>
      <w:pPr>
        <w:keepNext w:val="0"/>
        <w:spacing w:before="140" w:after="80" w:line="276" w:lineRule="auto"/>
        <w:ind w:left="0" w:right="0" w:firstLine="0"/>
      </w:pPr>
      <w:r>
        <w:rPr>
          <w:rFonts w:ascii="Times New Roman" w:hAnsi="Times New Roman"/>
          <w:b w:val="0"/>
          <w:i/>
          <w:color w:val="000000"/>
          <w:sz w:val="32"/>
        </w:rPr>
        <w:t>(Hamnet kicks her gently, still on his back; she kicks him in return, they stay on their backs.)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(Pause, then briskly to Susanna)</w:t>
      </w:r>
      <w:r>
        <w:rPr>
          <w:rFonts w:ascii="Times New Roman" w:hAnsi="Times New Roman"/>
          <w:b w:val="0"/>
          <w:i w:val="0"/>
          <w:color w:val="000000"/>
          <w:sz w:val="32"/>
        </w:rPr>
        <w:t xml:space="preserve">: </w:t>
      </w:r>
      <w:r>
        <w:rPr>
          <w:rFonts w:ascii="Times New Roman" w:hAnsi="Times New Roman"/>
          <w:b w:val="0"/>
          <w:i w:val="0"/>
          <w:color w:val="000000"/>
          <w:sz w:val="32"/>
        </w:rPr>
        <w:t>...Something I remembered gave me the idea ...the girl in his new play ...‘O’ something he calls her ...anyway, when your father courted me and I first said no ...I did, you know, several times, though none believe it so.</w:t>
      </w:r>
    </w:p>
    <w:p>
      <w:pPr>
        <w:keepNext w:val="0"/>
        <w:spacing w:before="140" w:after="80" w:line="276" w:lineRule="auto"/>
        <w:ind w:left="0" w:right="0" w:firstLine="0"/>
      </w:pPr>
      <w:r>
        <w:rPr>
          <w:rFonts w:ascii="Times New Roman" w:hAnsi="Times New Roman"/>
          <w:b w:val="0"/>
          <w:i/>
          <w:color w:val="000000"/>
          <w:sz w:val="32"/>
        </w:rPr>
        <w:t>(Can’t resist, lovingly</w:t>
        <w:br/>
        <w:br/>
        <w:t>“I first said no/</w:t>
        <w:br/>
        <w:br/>
        <w:t>I did, you know/</w:t>
        <w:br/>
        <w:br/>
        <w:t>Though none then/</w:t>
        <w:br/>
        <w:br/>
        <w:t>Believed it so.”/</w:t>
        <w:br/>
        <w:br/>
        <w:t>Smiles wanly, continues</w:t>
        <w:br/>
        <w:br/>
        <w:t>His prospects seemed ...to me ...well, unsure...(Laughs) And losing his hair too, so young—made him consider acting over writing at first, you ask me—could wear those terrible women’s wigs—men are so vain—came to the door once in one—yellow!—quite fetching he was! Never laughed so hard. Anyway, I wasn’t so easy as some put about. We had our rows ...but the love made up for it. I wrote about it, one which he told me he may use some time—if I can find it ...(Looks through papers, frustrated) I’m so scattered ...(Finds a piece of paper, browned with age, nervously) Here! (Pantomiming much of the following, passionately.) Just a few lines—do you mind?</w:t>
        <w:br/>
        <w:br/>
        <w:t>“He took my right wrist firmly/</w:t>
        <w:br/>
        <w:br/>
        <w:t>His other hand brushing my blouse of lace/</w:t>
        <w:br/>
        <w:br/>
        <w:t>And beneath his high and noble brow/</w:t>
        <w:br/>
        <w:br/>
        <w:t>His eyes fell to gaze .../</w:t>
        <w:br/>
        <w:br/>
        <w:t>upon my laughing face ...'' /</w:t>
        <w:br/>
        <w:br/>
        <w:t>Waits, a touch anxiously.</w:t>
        <w:br/>
        <w:br/>
        <w:t>What do you think, daughter? Follows the rules, I think—well, some of them. Of course, he can always improve on it.)</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(Pause, dazed)</w:t>
      </w:r>
      <w:r>
        <w:rPr>
          <w:rFonts w:ascii="Times New Roman" w:hAnsi="Times New Roman"/>
          <w:b w:val="0"/>
          <w:i w:val="0"/>
          <w:color w:val="000000"/>
          <w:sz w:val="32"/>
        </w:rPr>
        <w:t xml:space="preserve">: </w:t>
      </w:r>
      <w:r>
        <w:rPr>
          <w:rFonts w:ascii="Times New Roman" w:hAnsi="Times New Roman"/>
          <w:b w:val="0"/>
          <w:i w:val="0"/>
          <w:color w:val="000000"/>
          <w:sz w:val="32"/>
        </w:rPr>
        <w:t>Mother, father took you by the wrist? Is this so?</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Surprised? We were quite...quite intense, you know.</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And held you firmly? Did it hurt you, 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Susanna, your father’d not hurt a soul!</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And gazed into your eyes, as you wrote? Mother, did he really?</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(Blushes)</w:t>
      </w:r>
      <w:r>
        <w:rPr>
          <w:rFonts w:ascii="Times New Roman" w:hAnsi="Times New Roman"/>
          <w:b w:val="0"/>
          <w:i w:val="0"/>
          <w:color w:val="000000"/>
          <w:sz w:val="32"/>
        </w:rPr>
        <w:t xml:space="preserve">: </w:t>
      </w:r>
      <w:r>
        <w:rPr>
          <w:rFonts w:ascii="Times New Roman" w:hAnsi="Times New Roman"/>
          <w:b w:val="0"/>
          <w:i w:val="0"/>
          <w:color w:val="000000"/>
          <w:sz w:val="32"/>
        </w:rPr>
        <w:t>We were young! ...Well, he much younger than me, as all Stratford and London knew then and gossips about now. If I sound bitter...</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You're a beautiful lady—I don't care what Stratford or London say!</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 xml:space="preserve">Thank you. Couldn’t live on without you and the twins. </w:t>
      </w:r>
      <w:r>
        <w:rPr>
          <w:rFonts w:ascii="Times New Roman" w:hAnsi="Times New Roman"/>
          <w:b w:val="0"/>
          <w:i/>
          <w:color w:val="000000"/>
          <w:sz w:val="32"/>
        </w:rPr>
        <w:t>(Looks across to twins)</w:t>
      </w:r>
      <w:r>
        <w:rPr>
          <w:rFonts w:ascii="Times New Roman" w:hAnsi="Times New Roman"/>
          <w:b w:val="0"/>
          <w:i w:val="0"/>
          <w:color w:val="000000"/>
          <w:sz w:val="32"/>
        </w:rPr>
        <w:t xml:space="preserve"> I hope you all know that...how important you are to me.</w:t>
      </w:r>
    </w:p>
    <w:p>
      <w:pPr>
        <w:keepNext w:val="0"/>
        <w:spacing w:before="140" w:after="80" w:line="276" w:lineRule="auto"/>
        <w:ind w:left="0" w:right="0" w:firstLine="0"/>
      </w:pPr>
      <w:r>
        <w:rPr>
          <w:rFonts w:ascii="Times New Roman" w:hAnsi="Times New Roman"/>
          <w:b w:val="0"/>
          <w:i/>
          <w:color w:val="000000"/>
          <w:sz w:val="32"/>
        </w:rPr>
        <w:t>(Lighting change.)</w:t>
      </w:r>
    </w:p>
    <w:p>
      <w:pPr>
        <w:keepNext/>
        <w:spacing w:before="200" w:after="80" w:line="276" w:lineRule="auto"/>
        <w:ind w:left="0" w:right="0" w:firstLine="0"/>
      </w:pPr>
      <w:r>
        <w:rPr>
          <w:rFonts w:ascii="Times New Roman" w:hAnsi="Times New Roman"/>
          <w:b w:val="0"/>
          <w:i/>
          <w:color w:val="000000"/>
          <w:sz w:val="32"/>
        </w:rPr>
        <w:t>(ANNE: “Lullaby of Anne Shakespeare”; she stands and approaches the twins on the bed.)</w:t>
      </w:r>
    </w:p>
    <w:p>
      <w:pPr>
        <w:keepNext w:val="0"/>
        <w:spacing w:before="0" w:after="200" w:line="252" w:lineRule="auto"/>
        <w:ind w:left="0" w:right="0" w:firstLine="0"/>
      </w:pPr>
      <w:r>
        <w:rPr>
          <w:rFonts w:ascii="Times New Roman" w:hAnsi="Times New Roman"/>
          <w:b w:val="0"/>
          <w:i w:val="0"/>
          <w:color w:val="000000"/>
          <w:sz w:val="32"/>
        </w:rPr>
        <w:t>Oh sleep, my darlings</w:t>
        <w:br/>
        <w:t>Father is far, but will come</w:t>
        <w:br/>
        <w:t>He writes the plays and the tales,</w:t>
        <w:br/>
        <w:t>But here with you, his love will grow,</w:t>
        <w:br/>
        <w:t>So close your eyes and sleep ‘til dawn.</w:t>
        <w:br/>
        <w:br/>
        <w:t>Rain falls so softly,</w:t>
        <w:br/>
        <w:t>Swans are gliding in the peaceful morning.</w:t>
        <w:br/>
        <w:t>His words, they fly to sky,</w:t>
        <w:br/>
        <w:t>Yet his heart stays where you are,</w:t>
        <w:br/>
        <w:t>In your dreams, my darlings dream.</w:t>
        <w:br/>
        <w:br/>
        <w:t>Oh my, Susanna,</w:t>
        <w:br/>
        <w:t>There’s a story that I would like to tell you.</w:t>
        <w:br/>
        <w:t>When your father courted me,</w:t>
        <w:br/>
        <w:t>He wasn’t yet the man you see,</w:t>
        <w:br/>
        <w:t>But his love made our world so bright.</w:t>
        <w:br/>
        <w:br/>
        <w:t>He took my hand once,</w:t>
        <w:br/>
        <w:t>And spoke of stars that I could never see.</w:t>
        <w:br/>
        <w:t>He promised worlds beyond this place,</w:t>
        <w:br/>
        <w:t>But I found home in his embrace,</w:t>
        <w:br/>
        <w:t>And I found love in all of you.</w:t>
        <w:br/>
        <w:br/>
        <w:t>Oh sleep, my dear ones,</w:t>
        <w:br/>
        <w:t>Father writes of kings and ghosts</w:t>
        <w:br/>
        <w:t>But you are safely in my arms,</w:t>
        <w:br/>
        <w:t>You are more than stories, songs, or charms</w:t>
      </w:r>
    </w:p>
    <w:p>
      <w:pPr>
        <w:keepNext w:val="0"/>
        <w:spacing w:before="140" w:after="80" w:line="276" w:lineRule="auto"/>
        <w:ind w:left="0" w:right="0" w:firstLine="0"/>
      </w:pPr>
      <w:r>
        <w:rPr>
          <w:rFonts w:ascii="Times New Roman" w:hAnsi="Times New Roman"/>
          <w:b w:val="0"/>
          <w:i/>
          <w:color w:val="000000"/>
          <w:sz w:val="32"/>
        </w:rPr>
        <w:t>(Lighting change.</w:t>
        <w:br/>
        <w:br/>
        <w:t>She returns, smiles shyly at Susanna, sits, resumes her research.</w:t>
        <w:br/>
        <w:br/>
        <w:t>Susanna reaches across, puts her hand on Anne’s.)</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For what play is this?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He's calling it, I think, “Hamlet.”</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(Sits up, excited)</w:t>
      </w:r>
      <w:r>
        <w:rPr>
          <w:rFonts w:ascii="Times New Roman" w:hAnsi="Times New Roman"/>
          <w:b w:val="0"/>
          <w:i w:val="0"/>
          <w:color w:val="000000"/>
          <w:sz w:val="32"/>
        </w:rPr>
        <w:t xml:space="preserve">: </w:t>
      </w:r>
      <w:r>
        <w:rPr>
          <w:rFonts w:ascii="Times New Roman" w:hAnsi="Times New Roman"/>
          <w:b w:val="0"/>
          <w:i w:val="0"/>
          <w:color w:val="000000"/>
          <w:sz w:val="32"/>
        </w:rPr>
        <w:t>Hamnet?! Mother, father’s doing a play called Hamnet? Of me?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No, silly, didn’t you listen to Mother?</w:t>
      </w:r>
    </w:p>
    <w:p>
      <w:pPr>
        <w:keepNext w:val="0"/>
        <w:spacing w:before="140" w:after="80" w:line="276" w:lineRule="auto"/>
        <w:ind w:left="0" w:right="0" w:firstLine="0"/>
      </w:pPr>
      <w:r>
        <w:rPr>
          <w:rFonts w:ascii="Times New Roman" w:hAnsi="Times New Roman"/>
          <w:b w:val="0"/>
          <w:i/>
          <w:color w:val="000000"/>
          <w:sz w:val="32"/>
        </w:rPr>
        <w:t>(It's called Hamlet! Ham-let, with an “L.”)</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color w:val="000000"/>
          <w:sz w:val="32"/>
        </w:rPr>
        <w:t>(Falls back, stares at ceiling, twirls lock of hair)</w:t>
      </w:r>
      <w:r>
        <w:rPr>
          <w:rFonts w:ascii="Times New Roman" w:hAnsi="Times New Roman"/>
          <w:b w:val="0"/>
          <w:i w:val="0"/>
          <w:color w:val="000000"/>
          <w:sz w:val="32"/>
        </w:rPr>
        <w:t>: Oh ...with an ‘L’...I don't like ‘L’s’ ...I loathe ‘L’s’.</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color w:val="000000"/>
          <w:sz w:val="32"/>
        </w:rPr>
        <w:t xml:space="preserve"> (Sitting up)</w:t>
      </w:r>
      <w:r>
        <w:rPr>
          <w:rFonts w:ascii="Times New Roman" w:hAnsi="Times New Roman"/>
          <w:b w:val="0"/>
          <w:i w:val="0"/>
          <w:color w:val="000000"/>
          <w:sz w:val="32"/>
        </w:rPr>
        <w:t xml:space="preserve">: </w:t>
      </w:r>
      <w:r>
        <w:rPr>
          <w:rFonts w:ascii="Times New Roman" w:hAnsi="Times New Roman"/>
          <w:b w:val="0"/>
          <w:i w:val="0"/>
          <w:color w:val="000000"/>
          <w:sz w:val="32"/>
        </w:rPr>
        <w:t>He wouldn’t do a play about you anyway—you’re too little.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(Sotto voice)</w:t>
      </w:r>
      <w:r>
        <w:rPr>
          <w:rFonts w:ascii="Times New Roman" w:hAnsi="Times New Roman"/>
          <w:b w:val="0"/>
          <w:i w:val="0"/>
          <w:color w:val="000000"/>
          <w:sz w:val="32"/>
        </w:rPr>
        <w:t xml:space="preserve">: </w:t>
      </w:r>
      <w:r>
        <w:rPr>
          <w:rFonts w:ascii="Times New Roman" w:hAnsi="Times New Roman"/>
          <w:b w:val="0"/>
          <w:i w:val="0"/>
          <w:color w:val="000000"/>
          <w:sz w:val="32"/>
        </w:rPr>
        <w:t>Judith!</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He is—you just said so.</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 xml:space="preserve">Judith, I did not. </w:t>
      </w:r>
      <w:r>
        <w:rPr>
          <w:rFonts w:ascii="Times New Roman" w:hAnsi="Times New Roman"/>
          <w:b w:val="0"/>
          <w:i/>
          <w:color w:val="000000"/>
          <w:sz w:val="32"/>
        </w:rPr>
        <w:t>(Pause, to Susanna but meant for Hamnet.)</w:t>
      </w:r>
      <w:r>
        <w:rPr>
          <w:rFonts w:ascii="Times New Roman" w:hAnsi="Times New Roman"/>
          <w:b w:val="0"/>
          <w:i w:val="0"/>
          <w:color w:val="000000"/>
          <w:sz w:val="32"/>
        </w:rPr>
        <w:t xml:space="preserve"> Still, Hamlet is much like Hamnet, don't you think, Susanna ...really close.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(Also)</w:t>
      </w:r>
      <w:r>
        <w:rPr>
          <w:rFonts w:ascii="Times New Roman" w:hAnsi="Times New Roman"/>
          <w:b w:val="0"/>
          <w:i w:val="0"/>
          <w:color w:val="000000"/>
          <w:sz w:val="32"/>
        </w:rPr>
        <w:t xml:space="preserve">: </w:t>
      </w:r>
      <w:r>
        <w:rPr>
          <w:rFonts w:ascii="Times New Roman" w:hAnsi="Times New Roman"/>
          <w:b w:val="0"/>
          <w:i w:val="0"/>
          <w:color w:val="000000"/>
          <w:sz w:val="32"/>
        </w:rPr>
        <w:t>Very like, mother. It’s very like your name, Hamnet ...Almost the same, so maybe, maybe father was ...</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But not the same.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One can hardly tell the difference—Hamnet, Hamlet. Hamlet, Hamnet. One almost like the 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Very near, Susanna ...One shouldn't be surprised if father was thinking of Hamnet when he made his title.</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(Now angry)</w:t>
      </w:r>
      <w:r>
        <w:rPr>
          <w:rFonts w:ascii="Times New Roman" w:hAnsi="Times New Roman"/>
          <w:b w:val="0"/>
          <w:i w:val="0"/>
          <w:color w:val="000000"/>
          <w:sz w:val="32"/>
        </w:rPr>
        <w:t xml:space="preserve">: </w:t>
      </w:r>
      <w:r>
        <w:rPr>
          <w:rFonts w:ascii="Times New Roman" w:hAnsi="Times New Roman"/>
          <w:b w:val="0"/>
          <w:i w:val="0"/>
          <w:color w:val="000000"/>
          <w:sz w:val="32"/>
        </w:rPr>
        <w:t>Not the same!</w:t>
      </w:r>
    </w:p>
    <w:p>
      <w:pPr>
        <w:keepNext w:val="0"/>
        <w:spacing w:before="140" w:after="80" w:line="276" w:lineRule="auto"/>
        <w:ind w:left="0" w:right="0" w:firstLine="0"/>
      </w:pPr>
      <w:r>
        <w:rPr>
          <w:rFonts w:ascii="Times New Roman" w:hAnsi="Times New Roman"/>
          <w:b w:val="0"/>
          <w:i/>
          <w:color w:val="000000"/>
          <w:sz w:val="32"/>
        </w:rPr>
        <w:t>(Hamnet rolls onto his side, facing away from them.)</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(Softly now)</w:t>
      </w:r>
      <w:r>
        <w:rPr>
          <w:rFonts w:ascii="Times New Roman" w:hAnsi="Times New Roman"/>
          <w:b w:val="0"/>
          <w:i w:val="0"/>
          <w:color w:val="000000"/>
          <w:sz w:val="32"/>
        </w:rPr>
        <w:t xml:space="preserve">: </w:t>
      </w:r>
      <w:r>
        <w:rPr>
          <w:rFonts w:ascii="Times New Roman" w:hAnsi="Times New Roman"/>
          <w:b w:val="0"/>
          <w:i w:val="0"/>
          <w:color w:val="000000"/>
          <w:sz w:val="32"/>
        </w:rPr>
        <w:t>Not the same ...</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We’ll ask him.</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You’ll see.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He’s thinking of you, Hamnet.</w:t>
      </w:r>
    </w:p>
    <w:p>
      <w:pPr>
        <w:keepNext w:val="0"/>
        <w:spacing w:before="140" w:after="80" w:line="276" w:lineRule="auto"/>
        <w:ind w:left="0" w:right="0" w:firstLine="0"/>
      </w:pPr>
      <w:r>
        <w:rPr>
          <w:rFonts w:ascii="Times New Roman" w:hAnsi="Times New Roman"/>
          <w:b w:val="0"/>
          <w:i/>
          <w:color w:val="000000"/>
          <w:sz w:val="32"/>
        </w:rPr>
        <w:t>(JUDITH (Looking down at Hamnet); Anyway, father'd sooner do a play called ‘Judith’!)</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 xml:space="preserve">Oh, go to sleep, you. </w:t>
      </w:r>
      <w:r>
        <w:rPr>
          <w:rFonts w:ascii="Times New Roman" w:hAnsi="Times New Roman"/>
          <w:b w:val="0"/>
          <w:i/>
          <w:color w:val="000000"/>
          <w:sz w:val="32"/>
        </w:rPr>
        <w:t>(He pauses, rolls onto his back again.)</w:t>
      </w:r>
      <w:r>
        <w:rPr>
          <w:rFonts w:ascii="Times New Roman" w:hAnsi="Times New Roman"/>
          <w:b w:val="0"/>
          <w:i w:val="0"/>
          <w:color w:val="000000"/>
          <w:sz w:val="32"/>
        </w:rPr>
        <w:t xml:space="preserve"> Father wouldn't do you or me in a play...he’s too busy writing about others.</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(A touch of despair)</w:t>
      </w:r>
      <w:r>
        <w:rPr>
          <w:rFonts w:ascii="Times New Roman" w:hAnsi="Times New Roman"/>
          <w:b w:val="0"/>
          <w:i w:val="0"/>
          <w:color w:val="000000"/>
          <w:sz w:val="32"/>
        </w:rPr>
        <w:t xml:space="preserve">: </w:t>
      </w:r>
      <w:r>
        <w:rPr>
          <w:rFonts w:ascii="Times New Roman" w:hAnsi="Times New Roman"/>
          <w:b w:val="0"/>
          <w:i w:val="0"/>
          <w:color w:val="000000"/>
          <w:sz w:val="32"/>
        </w:rPr>
        <w:t>Hamnet ...my dear...</w:t>
      </w:r>
    </w:p>
    <w:p>
      <w:pPr>
        <w:keepNext w:val="0"/>
        <w:spacing w:before="140" w:after="80" w:line="276" w:lineRule="auto"/>
        <w:ind w:left="0" w:right="0" w:firstLine="0"/>
      </w:pPr>
      <w:r>
        <w:rPr>
          <w:rFonts w:ascii="Times New Roman" w:hAnsi="Times New Roman"/>
          <w:b w:val="0"/>
          <w:i/>
          <w:color w:val="000000"/>
          <w:sz w:val="32"/>
        </w:rPr>
        <w:t>(Judith looks down at him again, then falls back, twirls her hair, stares at ceiling. They are side by side, breathing heavily, as children sometimes do when they are concentrating and thinking. Hamnet coughs, can’t stop. Susanna and Judith</w:t>
        <w:br/>
        <w:br/>
        <w:t>look at each other.)</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Hamnet, did you hear mother?</w:t>
      </w:r>
    </w:p>
    <w:p>
      <w:pPr>
        <w:keepNext w:val="0"/>
        <w:spacing w:before="140" w:after="80" w:line="276" w:lineRule="auto"/>
        <w:ind w:left="0" w:right="0" w:firstLine="0"/>
      </w:pPr>
      <w:r>
        <w:rPr>
          <w:rFonts w:ascii="Times New Roman" w:hAnsi="Times New Roman"/>
          <w:b w:val="0"/>
          <w:i/>
          <w:color w:val="000000"/>
          <w:sz w:val="32"/>
        </w:rPr>
        <w:t>(Anne shakes her head. Anne and Susanna gaze at the twins. Hamnet senses it and turns his head away from them, coughing softly. The rain suddenly begins to fall harder. They are all silent before its force.</w:t>
        <w:br/>
        <w:br/>
        <w:t>Hamnet tries to sit up.)</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color w:val="000000"/>
          <w:sz w:val="32"/>
        </w:rPr>
        <w:t xml:space="preserve"> (To himself, a little to Judith)</w:t>
      </w:r>
      <w:r>
        <w:rPr>
          <w:rFonts w:ascii="Times New Roman" w:hAnsi="Times New Roman"/>
          <w:b w:val="0"/>
          <w:i w:val="0"/>
          <w:color w:val="000000"/>
          <w:sz w:val="32"/>
        </w:rPr>
        <w:t xml:space="preserve">: </w:t>
      </w:r>
      <w:r>
        <w:rPr>
          <w:rFonts w:ascii="Times New Roman" w:hAnsi="Times New Roman"/>
          <w:b w:val="0"/>
          <w:i w:val="0"/>
          <w:color w:val="000000"/>
          <w:sz w:val="32"/>
        </w:rPr>
        <w:t>Sister, it’s very odd, I’m hot, really hot, my brow is hot.</w:t>
      </w:r>
    </w:p>
    <w:p>
      <w:pPr>
        <w:keepNext w:val="0"/>
        <w:spacing w:before="140" w:after="80" w:line="276" w:lineRule="auto"/>
        <w:ind w:left="0" w:right="0" w:firstLine="0"/>
      </w:pPr>
      <w:r>
        <w:rPr>
          <w:rFonts w:ascii="Times New Roman" w:hAnsi="Times New Roman"/>
          <w:b w:val="0"/>
          <w:i/>
          <w:color w:val="000000"/>
          <w:sz w:val="32"/>
        </w:rPr>
        <w:t>(Judith feels his forehead.)</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Mother! Susanna!</w:t>
      </w:r>
    </w:p>
    <w:p>
      <w:pPr>
        <w:keepNext w:val="0"/>
        <w:spacing w:before="140" w:after="80" w:line="276" w:lineRule="auto"/>
        <w:ind w:left="0" w:right="0" w:firstLine="0"/>
      </w:pPr>
      <w:r>
        <w:rPr>
          <w:rFonts w:ascii="Times New Roman" w:hAnsi="Times New Roman"/>
          <w:b w:val="0"/>
          <w:i/>
          <w:color w:val="000000"/>
          <w:sz w:val="32"/>
        </w:rPr>
        <w:t>(Fade then—</w:t>
        <w:br/>
        <w:br/>
        <w:t>The river (seen on the pub wall). Another boat pulls up to the shore.</w:t>
        <w:br/>
        <w:br/>
        <w:t>The figure that gets off the boat stumbles, pitches forward into the mud. The boat man comes to his assistance, helps him up. He staggers up the hill, holding his right hand with his left.</w:t>
        <w:br/>
        <w:br/>
        <w:t>The full pub interior. Rain pouring. They hear the pub door open and slam shut. They turn and look. Thomas Kyd appears, disheveled, his clothes muddied, his right hand wrapped in bloody cloth. The Barman stares at him.</w:t>
        <w:br/>
        <w:br/>
        <w:t>Thomas Kyd stands in the doorway.)</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(Shaky, stands)</w:t>
      </w:r>
      <w:r>
        <w:rPr>
          <w:rFonts w:ascii="Times New Roman" w:hAnsi="Times New Roman"/>
          <w:b w:val="0"/>
          <w:i w:val="0"/>
          <w:color w:val="000000"/>
          <w:sz w:val="32"/>
        </w:rPr>
        <w:t xml:space="preserve">: </w:t>
      </w:r>
      <w:r>
        <w:rPr>
          <w:rFonts w:ascii="Times New Roman" w:hAnsi="Times New Roman"/>
          <w:b w:val="0"/>
          <w:i w:val="0"/>
          <w:color w:val="000000"/>
          <w:sz w:val="32"/>
        </w:rPr>
        <w:t>Thomas...my dear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(Holding his right hand up, sobbing)</w:t>
      </w:r>
      <w:r>
        <w:rPr>
          <w:rFonts w:ascii="Times New Roman" w:hAnsi="Times New Roman"/>
          <w:b w:val="0"/>
          <w:i w:val="0"/>
          <w:color w:val="000000"/>
          <w:sz w:val="32"/>
        </w:rPr>
        <w:t xml:space="preserve">: </w:t>
      </w:r>
      <w:r>
        <w:rPr>
          <w:rFonts w:ascii="Times New Roman" w:hAnsi="Times New Roman"/>
          <w:b w:val="0"/>
          <w:i w:val="0"/>
          <w:color w:val="000000"/>
          <w:sz w:val="32"/>
        </w:rPr>
        <w:t xml:space="preserve">Broke the fingers...of my...of my writing hand! </w:t>
      </w:r>
      <w:r>
        <w:rPr>
          <w:rFonts w:ascii="Times New Roman" w:hAnsi="Times New Roman"/>
          <w:b w:val="0"/>
          <w:i/>
          <w:color w:val="000000"/>
          <w:sz w:val="32"/>
        </w:rPr>
        <w:t>(In disbelief, staring at it)</w:t>
      </w:r>
      <w:r>
        <w:rPr>
          <w:rFonts w:ascii="Times New Roman" w:hAnsi="Times New Roman"/>
          <w:b w:val="0"/>
          <w:i w:val="0"/>
          <w:color w:val="000000"/>
          <w:sz w:val="32"/>
        </w:rPr>
        <w:t xml:space="preserve"> Did you hear—they broke the fingers of my writing hand!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(Who has stood, alarmed)</w:t>
      </w:r>
      <w:r>
        <w:rPr>
          <w:rFonts w:ascii="Times New Roman" w:hAnsi="Times New Roman"/>
          <w:b w:val="0"/>
          <w:i w:val="0"/>
          <w:color w:val="000000"/>
          <w:sz w:val="32"/>
        </w:rPr>
        <w:t xml:space="preserve">: </w:t>
      </w:r>
      <w:r>
        <w:rPr>
          <w:rFonts w:ascii="Times New Roman" w:hAnsi="Times New Roman"/>
          <w:b w:val="0"/>
          <w:i w:val="0"/>
          <w:color w:val="000000"/>
          <w:sz w:val="32"/>
        </w:rPr>
        <w:t>For what reason to do so?!</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Sport!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(Worried but patient)</w:t>
      </w:r>
      <w:r>
        <w:rPr>
          <w:rFonts w:ascii="Times New Roman" w:hAnsi="Times New Roman"/>
          <w:b w:val="0"/>
          <w:i w:val="0"/>
          <w:color w:val="000000"/>
          <w:sz w:val="32"/>
        </w:rPr>
        <w:t xml:space="preserve">: </w:t>
      </w:r>
      <w:r>
        <w:rPr>
          <w:rFonts w:ascii="Times New Roman" w:hAnsi="Times New Roman"/>
          <w:b w:val="0"/>
          <w:i w:val="0"/>
          <w:color w:val="000000"/>
          <w:sz w:val="32"/>
        </w:rPr>
        <w:t>Come, Thomas, they must have given reasons!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Heretic, traitor, poet, poacher—couldn’t keep track! Kit, you’re next.</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Me? What have I ...?</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 xml:space="preserve">What haven’t you?! </w:t>
      </w:r>
      <w:r>
        <w:rPr>
          <w:rFonts w:ascii="Times New Roman" w:hAnsi="Times New Roman"/>
          <w:b w:val="0"/>
          <w:i/>
          <w:color w:val="000000"/>
          <w:sz w:val="32"/>
        </w:rPr>
        <w:t>(Approaching, voice trembling, accusingly)</w:t>
      </w:r>
      <w:r>
        <w:rPr>
          <w:rFonts w:ascii="Times New Roman" w:hAnsi="Times New Roman"/>
          <w:b w:val="0"/>
          <w:i w:val="0"/>
          <w:color w:val="000000"/>
          <w:sz w:val="32"/>
        </w:rPr>
        <w:t>: This ...the things you say and do ...this comes from knowing you I believe!</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(Jumping up)</w:t>
      </w:r>
      <w:r>
        <w:rPr>
          <w:rFonts w:ascii="Times New Roman" w:hAnsi="Times New Roman"/>
          <w:b w:val="0"/>
          <w:i w:val="0"/>
          <w:color w:val="000000"/>
          <w:sz w:val="32"/>
        </w:rPr>
        <w:t xml:space="preserve">: </w:t>
      </w:r>
      <w:r>
        <w:rPr>
          <w:rFonts w:ascii="Times New Roman" w:hAnsi="Times New Roman"/>
          <w:b w:val="0"/>
          <w:i w:val="0"/>
          <w:color w:val="000000"/>
          <w:sz w:val="32"/>
        </w:rPr>
        <w:t>How dare you!</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(Also, stepping between them)</w:t>
      </w:r>
      <w:r>
        <w:rPr>
          <w:rFonts w:ascii="Times New Roman" w:hAnsi="Times New Roman"/>
          <w:b w:val="0"/>
          <w:i w:val="0"/>
          <w:color w:val="000000"/>
          <w:sz w:val="32"/>
        </w:rPr>
        <w:t xml:space="preserve">: </w:t>
      </w:r>
      <w:r>
        <w:rPr>
          <w:rFonts w:ascii="Times New Roman" w:hAnsi="Times New Roman"/>
          <w:b w:val="0"/>
          <w:i w:val="0"/>
          <w:color w:val="000000"/>
          <w:sz w:val="32"/>
        </w:rPr>
        <w:t>Peace! Peace, both of you!</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val="0"/>
          <w:color w:val="000000"/>
          <w:sz w:val="32"/>
        </w:rPr>
        <w:t xml:space="preserve">: </w:t>
      </w:r>
      <w:r>
        <w:rPr>
          <w:rFonts w:ascii="Times New Roman" w:hAnsi="Times New Roman"/>
          <w:b w:val="0"/>
          <w:i w:val="0"/>
          <w:color w:val="000000"/>
          <w:sz w:val="32"/>
        </w:rPr>
        <w:t>Did they say so?</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T’was understood ...</w:t>
      </w:r>
    </w:p>
    <w:p>
      <w:pPr>
        <w:keepNext w:val="0"/>
        <w:spacing w:before="140" w:after="80" w:line="276" w:lineRule="auto"/>
        <w:ind w:left="0" w:right="0" w:firstLine="0"/>
      </w:pPr>
      <w:r>
        <w:rPr>
          <w:rFonts w:ascii="Times New Roman" w:hAnsi="Times New Roman"/>
          <w:b w:val="0"/>
          <w:i/>
          <w:color w:val="000000"/>
          <w:sz w:val="32"/>
        </w:rPr>
        <w:t>(All have stood except Will Shakespeare, who secretly scribbles a note—they stare at Thomas Kyd, then Kit Marlowe.)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(Who has backed away)</w:t>
      </w:r>
      <w:r>
        <w:rPr>
          <w:rFonts w:ascii="Times New Roman" w:hAnsi="Times New Roman"/>
          <w:b w:val="0"/>
          <w:i w:val="0"/>
          <w:color w:val="000000"/>
          <w:sz w:val="32"/>
        </w:rPr>
        <w:t xml:space="preserve">: </w:t>
      </w:r>
      <w:r>
        <w:rPr>
          <w:rFonts w:ascii="Times New Roman" w:hAnsi="Times New Roman"/>
          <w:b w:val="0"/>
          <w:i w:val="0"/>
          <w:color w:val="000000"/>
          <w:sz w:val="32"/>
        </w:rPr>
        <w:t>Dramatic—I say, this could be—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(Turning on him, almost violently)</w:t>
      </w:r>
      <w:r>
        <w:rPr>
          <w:rFonts w:ascii="Times New Roman" w:hAnsi="Times New Roman"/>
          <w:b w:val="0"/>
          <w:i w:val="0"/>
          <w:color w:val="000000"/>
          <w:sz w:val="32"/>
        </w:rPr>
        <w:t xml:space="preserve">: </w:t>
      </w:r>
      <w:r>
        <w:rPr>
          <w:rFonts w:ascii="Times New Roman" w:hAnsi="Times New Roman"/>
          <w:b w:val="0"/>
          <w:i w:val="0"/>
          <w:color w:val="000000"/>
          <w:sz w:val="32"/>
        </w:rPr>
        <w:t>Christ’s blood, Edward—he’s been tortured!</w:t>
      </w:r>
    </w:p>
    <w:p>
      <w:pPr>
        <w:keepNext w:val="0"/>
        <w:spacing w:before="140" w:after="80" w:line="276" w:lineRule="auto"/>
        <w:ind w:left="0" w:right="0" w:firstLine="0"/>
      </w:pPr>
      <w:r>
        <w:rPr>
          <w:rFonts w:ascii="Times New Roman" w:hAnsi="Times New Roman"/>
          <w:b w:val="0"/>
          <w:i/>
          <w:color w:val="000000"/>
          <w:sz w:val="32"/>
        </w:rPr>
        <w:t>(Steps in front of Edward De Vere. Will Shakespeare sets his parchment and pen down, stands, pulls out a chair.)</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(Helping Thomas Kyd sit, taking him by the shoulders)</w:t>
      </w:r>
      <w:r>
        <w:rPr>
          <w:rFonts w:ascii="Times New Roman" w:hAnsi="Times New Roman"/>
          <w:b w:val="0"/>
          <w:i w:val="0"/>
          <w:color w:val="000000"/>
          <w:sz w:val="32"/>
        </w:rPr>
        <w:t xml:space="preserve">: </w:t>
      </w:r>
      <w:r>
        <w:rPr>
          <w:rFonts w:ascii="Times New Roman" w:hAnsi="Times New Roman"/>
          <w:b w:val="0"/>
          <w:i w:val="0"/>
          <w:color w:val="000000"/>
          <w:sz w:val="32"/>
        </w:rPr>
        <w:t>My dear sweet Thomas, please ...Barman, ale here! And a towel—a clean towel!</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(Sitting)</w:t>
      </w:r>
      <w:r>
        <w:rPr>
          <w:rFonts w:ascii="Times New Roman" w:hAnsi="Times New Roman"/>
          <w:b w:val="0"/>
          <w:i w:val="0"/>
          <w:color w:val="000000"/>
          <w:sz w:val="32"/>
        </w:rPr>
        <w:t xml:space="preserve">: </w:t>
      </w:r>
      <w:r>
        <w:rPr>
          <w:rFonts w:ascii="Times New Roman" w:hAnsi="Times New Roman"/>
          <w:b w:val="0"/>
          <w:i w:val="0"/>
          <w:color w:val="000000"/>
          <w:sz w:val="32"/>
        </w:rPr>
        <w:t>I fell—twice! Fell? Knocked to the stones. Kicked. Spat on.</w:t>
      </w:r>
    </w:p>
    <w:p>
      <w:pPr>
        <w:keepNext w:val="0"/>
        <w:spacing w:before="140" w:after="80" w:line="276" w:lineRule="auto"/>
        <w:ind w:left="0" w:right="0" w:firstLine="0"/>
      </w:pPr>
      <w:r>
        <w:rPr>
          <w:rFonts w:ascii="Times New Roman" w:hAnsi="Times New Roman"/>
          <w:b w:val="0"/>
          <w:i/>
          <w:color w:val="000000"/>
          <w:sz w:val="32"/>
        </w:rPr>
        <w:t>(Barman delivers towel, cup, pours. Kit Marlowe holds out his cup to be filled, drinks. They gather round Thomas Kyd save Kit Marlowe, who goes to bar for more ale, drinks, fills, returns, fidgets nervously. Will Shakespeare sits by Thomas Kyd, tenderly dabs at his face then carefully wraps his hand. Thomas Kyd winces in pain.)</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Thank you, Will, you are kind.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(Holding cup to Thomas Kyd’s mouth)</w:t>
      </w:r>
      <w:r>
        <w:rPr>
          <w:rFonts w:ascii="Times New Roman" w:hAnsi="Times New Roman"/>
          <w:b w:val="0"/>
          <w:i w:val="0"/>
          <w:color w:val="000000"/>
          <w:sz w:val="32"/>
        </w:rPr>
        <w:t xml:space="preserve">: </w:t>
      </w:r>
      <w:r>
        <w:rPr>
          <w:rFonts w:ascii="Times New Roman" w:hAnsi="Times New Roman"/>
          <w:b w:val="0"/>
          <w:i w:val="0"/>
          <w:color w:val="000000"/>
          <w:sz w:val="32"/>
        </w:rPr>
        <w:t>Drink ...will help ...‘Heretic’ they called you?</w:t>
      </w:r>
    </w:p>
    <w:p>
      <w:pPr>
        <w:keepNext w:val="0"/>
        <w:spacing w:before="140" w:after="80" w:line="276" w:lineRule="auto"/>
        <w:ind w:left="0" w:right="0" w:firstLine="0"/>
      </w:pPr>
      <w:r>
        <w:rPr>
          <w:rFonts w:ascii="Times New Roman" w:hAnsi="Times New Roman"/>
          <w:b w:val="0"/>
          <w:i/>
          <w:color w:val="000000"/>
          <w:sz w:val="32"/>
        </w:rPr>
        <w:t>(THOMAS KYD (Laughing bitterly) Worse, worse than heretic—I just remembered—how could I forget?—called me ...called me ...plagiarist!</w:t>
        <w:br/>
        <w:br/>
        <w:t>Others try to laugh but dry.)</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Yes! Yes! You heard me—Plagiarist!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(After a reflective silence)</w:t>
      </w:r>
      <w:r>
        <w:rPr>
          <w:rFonts w:ascii="Times New Roman" w:hAnsi="Times New Roman"/>
          <w:b w:val="0"/>
          <w:i w:val="0"/>
          <w:color w:val="000000"/>
          <w:sz w:val="32"/>
        </w:rPr>
        <w:t xml:space="preserve">: </w:t>
      </w:r>
      <w:r>
        <w:rPr>
          <w:rFonts w:ascii="Times New Roman" w:hAnsi="Times New Roman"/>
          <w:b w:val="0"/>
          <w:i w:val="0"/>
          <w:color w:val="000000"/>
          <w:sz w:val="32"/>
        </w:rPr>
        <w:t>Nothing worse than that.</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Me—Thomas Kyd! Praised by all London. That Thomas Kyd a ...a plagiarist? Who did I copy? Who?! Tell me who I copied—any of you?</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Think not—drink!</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(Shakily, calmer)</w:t>
      </w:r>
      <w:r>
        <w:rPr>
          <w:rFonts w:ascii="Times New Roman" w:hAnsi="Times New Roman"/>
          <w:b w:val="0"/>
          <w:i w:val="0"/>
          <w:color w:val="000000"/>
          <w:sz w:val="32"/>
        </w:rPr>
        <w:t xml:space="preserve">: </w:t>
      </w:r>
      <w:r>
        <w:rPr>
          <w:rFonts w:ascii="Times New Roman" w:hAnsi="Times New Roman"/>
          <w:b w:val="0"/>
          <w:i w:val="0"/>
          <w:color w:val="000000"/>
          <w:sz w:val="32"/>
        </w:rPr>
        <w:t xml:space="preserve">Do they say that of me? Others, I mean, that I am a thief of words? </w:t>
      </w:r>
      <w:r>
        <w:rPr>
          <w:rFonts w:ascii="Times New Roman" w:hAnsi="Times New Roman"/>
          <w:b w:val="0"/>
          <w:i/>
          <w:color w:val="000000"/>
          <w:sz w:val="32"/>
        </w:rPr>
        <w:t>(Begins to sob)</w:t>
      </w:r>
      <w:r>
        <w:rPr>
          <w:rFonts w:ascii="Times New Roman" w:hAnsi="Times New Roman"/>
          <w:b w:val="0"/>
          <w:i w:val="0"/>
          <w:color w:val="000000"/>
          <w:sz w:val="32"/>
        </w:rPr>
        <w:t xml:space="preserve"> Do they? Tell me, tell me!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No! None would!</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Have I taken from you?</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Never.</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(To Ben Jonson)</w:t>
      </w:r>
      <w:r>
        <w:rPr>
          <w:rFonts w:ascii="Times New Roman" w:hAnsi="Times New Roman"/>
          <w:b w:val="0"/>
          <w:i w:val="0"/>
          <w:color w:val="000000"/>
          <w:sz w:val="32"/>
        </w:rPr>
        <w:t xml:space="preserve">: </w:t>
      </w:r>
      <w:r>
        <w:rPr>
          <w:rFonts w:ascii="Times New Roman" w:hAnsi="Times New Roman"/>
          <w:b w:val="0"/>
          <w:i w:val="0"/>
          <w:color w:val="000000"/>
          <w:sz w:val="32"/>
        </w:rPr>
        <w:t>Or you?</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Thomas, Thomas.</w:t>
      </w:r>
    </w:p>
    <w:p>
      <w:pPr>
        <w:keepNext w:val="0"/>
        <w:spacing w:before="140" w:after="80" w:line="276" w:lineRule="auto"/>
        <w:ind w:left="0" w:right="0" w:firstLine="0"/>
      </w:pPr>
      <w:r>
        <w:rPr>
          <w:rFonts w:ascii="Times New Roman" w:hAnsi="Times New Roman"/>
          <w:b w:val="0"/>
          <w:i/>
          <w:color w:val="000000"/>
          <w:sz w:val="32"/>
        </w:rPr>
        <w:t>(Thomas Kyd drinks, Ben Jonson still assisting him.)</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Queen’s men?</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Be there others? I don’t know. Ask Kit, maybe he’ll tell you.</w:t>
      </w:r>
    </w:p>
    <w:p>
      <w:pPr>
        <w:keepNext w:val="0"/>
        <w:spacing w:before="0" w:after="80" w:line="276" w:lineRule="auto"/>
        <w:ind w:left="0" w:right="0" w:firstLine="0"/>
      </w:pPr>
      <w:r>
        <w:rPr>
          <w:rFonts w:ascii="Times New Roman" w:hAnsi="Times New Roman"/>
          <w:b/>
          <w:i w:val="0"/>
          <w:color w:val="000000"/>
          <w:sz w:val="32"/>
        </w:rPr>
        <w:t>KIT MARLOWE</w:t>
      </w:r>
      <w:r>
        <w:rPr>
          <w:rFonts w:ascii="Times New Roman" w:hAnsi="Times New Roman"/>
          <w:b w:val="0"/>
          <w:i/>
          <w:color w:val="000000"/>
          <w:sz w:val="32"/>
        </w:rPr>
        <w:t xml:space="preserve"> (Shaky)</w:t>
      </w:r>
      <w:r>
        <w:rPr>
          <w:rFonts w:ascii="Times New Roman" w:hAnsi="Times New Roman"/>
          <w:b w:val="0"/>
          <w:i w:val="0"/>
          <w:color w:val="000000"/>
          <w:sz w:val="32"/>
        </w:rPr>
        <w:t xml:space="preserve">: </w:t>
      </w:r>
      <w:r>
        <w:rPr>
          <w:rFonts w:ascii="Times New Roman" w:hAnsi="Times New Roman"/>
          <w:b w:val="0"/>
          <w:i w:val="0"/>
          <w:color w:val="000000"/>
          <w:sz w:val="32"/>
        </w:rPr>
        <w:t>Leave me out of it,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I will, aye, but will they?</w:t>
      </w:r>
    </w:p>
    <w:p>
      <w:pPr>
        <w:keepNext w:val="0"/>
        <w:spacing w:before="140" w:after="80" w:line="276" w:lineRule="auto"/>
        <w:ind w:left="0" w:right="0" w:firstLine="0"/>
      </w:pPr>
      <w:r>
        <w:rPr>
          <w:rFonts w:ascii="Times New Roman" w:hAnsi="Times New Roman"/>
          <w:b w:val="0"/>
          <w:i/>
          <w:color w:val="000000"/>
          <w:sz w:val="32"/>
        </w:rPr>
        <w:t>(Kit Marlowe turns away, staggers, drops his cup, falls face down, moans, rolls onto his back, remains still.</w:t>
        <w:br/>
        <w:br/>
        <w:t>Silence.</w:t>
        <w:br/>
        <w:br/>
        <w:t>They look at him.</w:t>
        <w:br/>
        <w:br/>
        <w:t>More silence.)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(Shaking his head)</w:t>
      </w:r>
      <w:r>
        <w:rPr>
          <w:rFonts w:ascii="Times New Roman" w:hAnsi="Times New Roman"/>
          <w:b w:val="0"/>
          <w:i w:val="0"/>
          <w:color w:val="000000"/>
          <w:sz w:val="32"/>
        </w:rPr>
        <w:t xml:space="preserve">: </w:t>
      </w:r>
      <w:r>
        <w:rPr>
          <w:rFonts w:ascii="Times New Roman" w:hAnsi="Times New Roman"/>
          <w:b w:val="0"/>
          <w:i w:val="0"/>
          <w:color w:val="000000"/>
          <w:sz w:val="32"/>
        </w:rPr>
        <w:t>What’s to do—second time this day.</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(Nodding to him)</w:t>
      </w:r>
      <w:r>
        <w:rPr>
          <w:rFonts w:ascii="Times New Roman" w:hAnsi="Times New Roman"/>
          <w:b w:val="0"/>
          <w:i w:val="0"/>
          <w:color w:val="000000"/>
          <w:sz w:val="32"/>
        </w:rPr>
        <w:t xml:space="preserve">: </w:t>
      </w:r>
      <w:r>
        <w:rPr>
          <w:rFonts w:ascii="Times New Roman" w:hAnsi="Times New Roman"/>
          <w:b w:val="0"/>
          <w:i w:val="0"/>
          <w:color w:val="000000"/>
          <w:sz w:val="32"/>
        </w:rPr>
        <w:t>Thomas frightened him.</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Frightened me! All of us!</w:t>
      </w:r>
    </w:p>
    <w:p>
      <w:pPr>
        <w:keepNext w:val="0"/>
        <w:spacing w:before="140" w:after="80" w:line="276" w:lineRule="auto"/>
        <w:ind w:left="0" w:right="0" w:firstLine="0"/>
      </w:pPr>
      <w:r>
        <w:rPr>
          <w:rFonts w:ascii="Times New Roman" w:hAnsi="Times New Roman"/>
          <w:b w:val="0"/>
          <w:i/>
          <w:color w:val="000000"/>
          <w:sz w:val="32"/>
        </w:rPr>
        <w:t>(Barman approaches Kit Marlowe with towel, picks up cup, cleans up, etc. while indicating disproval of the others through body language.</w:t>
        <w:br/>
        <w:br/>
        <w:t>Looks at them, they look away. Used to this kind of thing, he shrugs, wipes Kit Marlowe’s face with rag, almost tenderly. Folds and places towel under Kit Marlowe’s head. Looks at them again, shrugs again, goes back to bar, thinks a moment, unnoticed by others who are looking at Kit Marlowe, waits until they start conversing again, and several minutes later grabs a wrap and slips out the door unnoticed.</w:t>
        <w:br/>
        <w:br/>
        <w:t>Kit Marlowe is still. They all sit, remain quiet for a time.)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Give him time.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(Nodding)</w:t>
      </w:r>
      <w:r>
        <w:rPr>
          <w:rFonts w:ascii="Times New Roman" w:hAnsi="Times New Roman"/>
          <w:b w:val="0"/>
          <w:i w:val="0"/>
          <w:color w:val="000000"/>
          <w:sz w:val="32"/>
        </w:rPr>
        <w:t xml:space="preserve">: </w:t>
      </w:r>
      <w:r>
        <w:rPr>
          <w:rFonts w:ascii="Times New Roman" w:hAnsi="Times New Roman"/>
          <w:b w:val="0"/>
          <w:i w:val="0"/>
          <w:color w:val="000000"/>
          <w:sz w:val="32"/>
        </w:rPr>
        <w:t>He’ll come ‘round.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(Darkly)</w:t>
      </w:r>
      <w:r>
        <w:rPr>
          <w:rFonts w:ascii="Times New Roman" w:hAnsi="Times New Roman"/>
          <w:b w:val="0"/>
          <w:i w:val="0"/>
          <w:color w:val="000000"/>
          <w:sz w:val="32"/>
        </w:rPr>
        <w:t xml:space="preserve">: </w:t>
      </w:r>
      <w:r>
        <w:rPr>
          <w:rFonts w:ascii="Times New Roman" w:hAnsi="Times New Roman"/>
          <w:b w:val="0"/>
          <w:i w:val="0"/>
          <w:color w:val="000000"/>
          <w:sz w:val="32"/>
        </w:rPr>
        <w:t>Maybe not.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(Looking at Marlowe)</w:t>
      </w:r>
      <w:r>
        <w:rPr>
          <w:rFonts w:ascii="Times New Roman" w:hAnsi="Times New Roman"/>
          <w:b w:val="0"/>
          <w:i w:val="0"/>
          <w:color w:val="000000"/>
          <w:sz w:val="32"/>
        </w:rPr>
        <w:t xml:space="preserve">: </w:t>
      </w:r>
      <w:r>
        <w:rPr>
          <w:rFonts w:ascii="Times New Roman" w:hAnsi="Times New Roman"/>
          <w:b w:val="0"/>
          <w:i w:val="0"/>
          <w:color w:val="000000"/>
          <w:sz w:val="32"/>
        </w:rPr>
        <w:t>Maybe so.</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(Pause)</w:t>
      </w:r>
      <w:r>
        <w:rPr>
          <w:rFonts w:ascii="Times New Roman" w:hAnsi="Times New Roman"/>
          <w:b w:val="0"/>
          <w:i w:val="0"/>
          <w:color w:val="000000"/>
          <w:sz w:val="32"/>
        </w:rPr>
        <w:t xml:space="preserve">: </w:t>
      </w:r>
      <w:r>
        <w:rPr>
          <w:rFonts w:ascii="Times New Roman" w:hAnsi="Times New Roman"/>
          <w:b w:val="0"/>
          <w:i w:val="0"/>
          <w:color w:val="000000"/>
          <w:sz w:val="32"/>
        </w:rPr>
        <w:t>You’ve stopped working on your will?</w:t>
      </w:r>
    </w:p>
    <w:p>
      <w:pPr>
        <w:keepNext w:val="0"/>
        <w:spacing w:before="140" w:after="80" w:line="276" w:lineRule="auto"/>
        <w:ind w:left="0" w:right="0" w:firstLine="0"/>
      </w:pPr>
      <w:r>
        <w:rPr>
          <w:rFonts w:ascii="Times New Roman" w:hAnsi="Times New Roman"/>
          <w:b w:val="0"/>
          <w:i/>
          <w:color w:val="000000"/>
          <w:sz w:val="32"/>
        </w:rPr>
        <w:t>(Will Shakespeare gestures helplessly at the scene around them.)</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(Laughs at himself)</w:t>
      </w:r>
      <w:r>
        <w:rPr>
          <w:rFonts w:ascii="Times New Roman" w:hAnsi="Times New Roman"/>
          <w:b w:val="0"/>
          <w:i w:val="0"/>
          <w:color w:val="000000"/>
          <w:sz w:val="32"/>
        </w:rPr>
        <w:t xml:space="preserve">: </w:t>
      </w:r>
      <w:r>
        <w:rPr>
          <w:rFonts w:ascii="Times New Roman" w:hAnsi="Times New Roman"/>
          <w:b w:val="0"/>
          <w:i w:val="0"/>
          <w:color w:val="000000"/>
          <w:sz w:val="32"/>
        </w:rPr>
        <w:t xml:space="preserve">What am I saying?—comes a time when writing’s not in order! </w:t>
      </w:r>
      <w:r>
        <w:rPr>
          <w:rFonts w:ascii="Times New Roman" w:hAnsi="Times New Roman"/>
          <w:b w:val="0"/>
          <w:i/>
          <w:color w:val="000000"/>
          <w:sz w:val="32"/>
        </w:rPr>
        <w:t>(After a moment, looking at Kit Marlowe)</w:t>
      </w:r>
      <w:r>
        <w:rPr>
          <w:rFonts w:ascii="Times New Roman" w:hAnsi="Times New Roman"/>
          <w:b w:val="0"/>
          <w:i w:val="0"/>
          <w:color w:val="000000"/>
          <w:sz w:val="32"/>
        </w:rPr>
        <w:t xml:space="preserve"> If a will be in order now, it be this man’s ...gifted ...of us all, maybe he the most.</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(Lackluster)</w:t>
      </w:r>
      <w:r>
        <w:rPr>
          <w:rFonts w:ascii="Times New Roman" w:hAnsi="Times New Roman"/>
          <w:b w:val="0"/>
          <w:i w:val="0"/>
          <w:color w:val="000000"/>
          <w:sz w:val="32"/>
        </w:rPr>
        <w:t xml:space="preserve">: </w:t>
      </w:r>
      <w:r>
        <w:rPr>
          <w:rFonts w:ascii="Times New Roman" w:hAnsi="Times New Roman"/>
          <w:b w:val="0"/>
          <w:i w:val="0"/>
          <w:color w:val="000000"/>
          <w:sz w:val="32"/>
        </w:rPr>
        <w:t>Just so, just so.</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He of “The mighty line.”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 little slow)</w:t>
      </w:r>
      <w:r>
        <w:rPr>
          <w:rFonts w:ascii="Times New Roman" w:hAnsi="Times New Roman"/>
          <w:b w:val="0"/>
          <w:i w:val="0"/>
          <w:color w:val="000000"/>
          <w:sz w:val="32"/>
        </w:rPr>
        <w:t xml:space="preserve">: </w:t>
      </w:r>
      <w:r>
        <w:rPr>
          <w:rFonts w:ascii="Times New Roman" w:hAnsi="Times New Roman"/>
          <w:b w:val="0"/>
          <w:i w:val="0"/>
          <w:color w:val="000000"/>
          <w:sz w:val="32"/>
        </w:rPr>
        <w:t>What did you just say,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‘‘He of—</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That's mine, you know, I wrote that—“He of the mighty line.”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Ben, who said you didn't?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Well ...sorry, Will, a bit on edge ...thinking of my mortality...</w:t>
      </w:r>
      <w:r>
        <w:rPr>
          <w:rFonts w:ascii="Times New Roman" w:hAnsi="Times New Roman"/>
          <w:b w:val="0"/>
          <w:i/>
          <w:color w:val="000000"/>
          <w:sz w:val="32"/>
        </w:rPr>
        <w:t>(Indicating Marlowe.)</w:t>
      </w:r>
      <w:r>
        <w:rPr>
          <w:rFonts w:ascii="Times New Roman" w:hAnsi="Times New Roman"/>
          <w:b w:val="0"/>
          <w:i w:val="0"/>
          <w:color w:val="000000"/>
          <w:sz w:val="32"/>
        </w:rPr>
        <w:t xml:space="preserve"> ...what with Kit and Kyd and all.</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(Softly dry)</w:t>
      </w:r>
      <w:r>
        <w:rPr>
          <w:rFonts w:ascii="Times New Roman" w:hAnsi="Times New Roman"/>
          <w:b w:val="0"/>
          <w:i w:val="0"/>
          <w:color w:val="000000"/>
          <w:sz w:val="32"/>
        </w:rPr>
        <w:t xml:space="preserve">: </w:t>
      </w:r>
      <w:r>
        <w:rPr>
          <w:rFonts w:ascii="Times New Roman" w:hAnsi="Times New Roman"/>
          <w:b w:val="0"/>
          <w:i w:val="0"/>
          <w:color w:val="000000"/>
          <w:sz w:val="32"/>
        </w:rPr>
        <w:t>Thank thee for including me.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Gifted, too, you are, Thomas ...</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Thank thee.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(Savoring it)</w:t>
      </w:r>
      <w:r>
        <w:rPr>
          <w:rFonts w:ascii="Times New Roman" w:hAnsi="Times New Roman"/>
          <w:b w:val="0"/>
          <w:i w:val="0"/>
          <w:color w:val="000000"/>
          <w:sz w:val="32"/>
        </w:rPr>
        <w:t xml:space="preserve">: </w:t>
      </w:r>
      <w:r>
        <w:rPr>
          <w:rFonts w:ascii="Times New Roman" w:hAnsi="Times New Roman"/>
          <w:b w:val="0"/>
          <w:i w:val="0"/>
          <w:color w:val="000000"/>
          <w:sz w:val="32"/>
        </w:rPr>
        <w:t>Kit and Kyd ...</w:t>
      </w:r>
      <w:r>
        <w:rPr>
          <w:rFonts w:ascii="Times New Roman" w:hAnsi="Times New Roman"/>
          <w:b w:val="0"/>
          <w:i/>
          <w:color w:val="000000"/>
          <w:sz w:val="32"/>
        </w:rPr>
        <w:t>(Raising a brow)</w:t>
      </w:r>
      <w:r>
        <w:rPr>
          <w:rFonts w:ascii="Times New Roman" w:hAnsi="Times New Roman"/>
          <w:b w:val="0"/>
          <w:i w:val="0"/>
          <w:color w:val="000000"/>
          <w:sz w:val="32"/>
        </w:rPr>
        <w:t>: What with ‘Kit and Kyd and all?’ The ‘all’ us?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Aye. Comes to it, we’re one. What happens to one could happen to all.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(Nodding)</w:t>
      </w:r>
      <w:r>
        <w:rPr>
          <w:rFonts w:ascii="Times New Roman" w:hAnsi="Times New Roman"/>
          <w:b w:val="0"/>
          <w:i w:val="0"/>
          <w:color w:val="000000"/>
          <w:sz w:val="32"/>
        </w:rPr>
        <w:t xml:space="preserve">: </w:t>
      </w:r>
      <w:r>
        <w:rPr>
          <w:rFonts w:ascii="Times New Roman" w:hAnsi="Times New Roman"/>
          <w:b w:val="0"/>
          <w:i w:val="0"/>
          <w:color w:val="000000"/>
          <w:sz w:val="32"/>
        </w:rPr>
        <w:t>Looks more like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Kit drinks too much. What’s to be done? </w:t>
      </w:r>
      <w:r>
        <w:rPr>
          <w:rFonts w:ascii="Times New Roman" w:hAnsi="Times New Roman"/>
          <w:b w:val="0"/>
          <w:i/>
          <w:color w:val="000000"/>
          <w:sz w:val="32"/>
        </w:rPr>
        <w:t>(Will Shakespeare looks at him.)</w:t>
      </w:r>
      <w:r>
        <w:rPr>
          <w:rFonts w:ascii="Times New Roman" w:hAnsi="Times New Roman"/>
          <w:b w:val="0"/>
          <w:i w:val="0"/>
          <w:color w:val="000000"/>
          <w:sz w:val="32"/>
        </w:rPr>
        <w:t xml:space="preserve"> Yes, right, to be frank, dangerous times. I mean, why are we hanging out in Deptford with a body even if one of us? Dangerous, Thomas says so—doesn't seem...intelligent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Ben, he’s not dead.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Seems to want to be.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Can’t make up his mind, that’s all.</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 fault.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Just drunk.</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And then there is ...</w:t>
      </w:r>
    </w:p>
    <w:p>
      <w:pPr>
        <w:keepNext w:val="0"/>
        <w:spacing w:before="140" w:after="80" w:line="276" w:lineRule="auto"/>
        <w:ind w:left="0" w:right="0" w:firstLine="0"/>
      </w:pPr>
      <w:r>
        <w:rPr>
          <w:rFonts w:ascii="Times New Roman" w:hAnsi="Times New Roman"/>
          <w:b w:val="0"/>
          <w:i/>
          <w:color w:val="000000"/>
          <w:sz w:val="32"/>
        </w:rPr>
        <w:t>(He looks at Thomas Kyd.)</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(Through a haze)</w:t>
      </w:r>
      <w:r>
        <w:rPr>
          <w:rFonts w:ascii="Times New Roman" w:hAnsi="Times New Roman"/>
          <w:b w:val="0"/>
          <w:i w:val="0"/>
          <w:color w:val="000000"/>
          <w:sz w:val="32"/>
        </w:rPr>
        <w:t xml:space="preserve">: </w:t>
      </w:r>
      <w:r>
        <w:rPr>
          <w:rFonts w:ascii="Times New Roman" w:hAnsi="Times New Roman"/>
          <w:b w:val="0"/>
          <w:i w:val="0"/>
          <w:color w:val="000000"/>
          <w:sz w:val="32"/>
        </w:rPr>
        <w:t>I hear thee, Ben. Go, go. I'm ...I'm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We are one...Was a fall you said you took? </w:t>
      </w:r>
      <w:r>
        <w:rPr>
          <w:rFonts w:ascii="Times New Roman" w:hAnsi="Times New Roman"/>
          <w:b w:val="0"/>
          <w:i/>
          <w:color w:val="000000"/>
          <w:sz w:val="32"/>
        </w:rPr>
        <w:t>(Looks at Will Shakespeare, then back at Thomas Kyd)</w:t>
      </w:r>
      <w:r>
        <w:rPr>
          <w:rFonts w:ascii="Times New Roman" w:hAnsi="Times New Roman"/>
          <w:b w:val="0"/>
          <w:i w:val="0"/>
          <w:color w:val="000000"/>
          <w:sz w:val="32"/>
        </w:rPr>
        <w:t xml:space="preserve"> Broke your fingers in a fall, you said? ...anyway, Thomas, should be your story if asked ...safer...took a fall. Remember to say that if others ask, will you?—“Took a fall, broke my fingers ‘’...Or something like ...</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Aye, I’ll tell them—a fall, an alley beating, thrown from a horse, eaten by louse, trampled by oxen, what you will.</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color w:val="000000"/>
          <w:sz w:val="32"/>
        </w:rPr>
        <w:t>(Nods, then after exchanging another look with Will Shakespeare; quieter)</w:t>
      </w:r>
      <w:r>
        <w:rPr>
          <w:rFonts w:ascii="Times New Roman" w:hAnsi="Times New Roman"/>
          <w:b w:val="0"/>
          <w:i w:val="0"/>
          <w:color w:val="000000"/>
          <w:sz w:val="32"/>
        </w:rPr>
        <w:t>: And then, Will, another matter, the line about Kit, all I ask—don't write it down. You write it down, those come after will find it, and because it’s you I've lost credit for it.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Right, Ben. I mean, not write. I will not write it down.</w:t>
      </w:r>
    </w:p>
    <w:p>
      <w:pPr>
        <w:keepNext w:val="0"/>
        <w:spacing w:before="140" w:after="80" w:line="276" w:lineRule="auto"/>
        <w:ind w:left="0" w:right="0" w:firstLine="0"/>
      </w:pPr>
      <w:r>
        <w:rPr>
          <w:rFonts w:ascii="Times New Roman" w:hAnsi="Times New Roman"/>
          <w:b w:val="0"/>
          <w:i/>
          <w:color w:val="000000"/>
          <w:sz w:val="32"/>
        </w:rPr>
        <w:t>(A silence. They are in a quiet—save the sound of rain—dark world which they are used to but not to this extreme. Edward De Vere looks around, sits straight, quietly alarmed</w:t>
        <w:br/>
        <w:br/>
        <w: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Do you fellows notice something unusual—other than Kit on the floor?</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Not so unusual that.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Yea, but what is unusual—most, most odd—the barman’s gone! Think—a bar without a barman?</w:t>
      </w:r>
    </w:p>
    <w:p>
      <w:pPr>
        <w:keepNext w:val="0"/>
        <w:spacing w:before="140" w:after="80" w:line="276" w:lineRule="auto"/>
        <w:ind w:left="0" w:right="0" w:firstLine="0"/>
      </w:pPr>
      <w:r>
        <w:rPr>
          <w:rFonts w:ascii="Times New Roman" w:hAnsi="Times New Roman"/>
          <w:b w:val="0"/>
          <w:i/>
          <w:color w:val="000000"/>
          <w:sz w:val="32"/>
        </w:rPr>
        <w:t>(Others look toward bar.)</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(Standing)</w:t>
      </w:r>
      <w:r>
        <w:rPr>
          <w:rFonts w:ascii="Times New Roman" w:hAnsi="Times New Roman"/>
          <w:b w:val="0"/>
          <w:i w:val="0"/>
          <w:color w:val="000000"/>
          <w:sz w:val="32"/>
        </w:rPr>
        <w:t xml:space="preserve">: </w:t>
      </w:r>
      <w:r>
        <w:rPr>
          <w:rFonts w:ascii="Times New Roman" w:hAnsi="Times New Roman"/>
          <w:b w:val="0"/>
          <w:i w:val="0"/>
          <w:color w:val="000000"/>
          <w:sz w:val="32"/>
        </w:rPr>
        <w:t>Aye, gone, but gone where?</w:t>
      </w:r>
    </w:p>
    <w:p>
      <w:pPr>
        <w:keepNext w:val="0"/>
        <w:spacing w:before="140" w:after="80" w:line="276" w:lineRule="auto"/>
        <w:ind w:left="0" w:right="0" w:firstLine="0"/>
      </w:pPr>
      <w:r>
        <w:rPr>
          <w:rFonts w:ascii="Times New Roman" w:hAnsi="Times New Roman"/>
          <w:b w:val="0"/>
          <w:i/>
          <w:color w:val="000000"/>
          <w:sz w:val="32"/>
        </w:rPr>
        <w:t>(Edward De Vere looks at them, puts his shawl over his head, opens door to heavier sound of rain, looks back at them meaningfully, smiles broadly, then without a word leaves quietly, closing door firmly behind him.</w:t>
        <w:br/>
        <w:br/>
        <w:t>Seen, Edward De Vere hurrying down the hill, footing precarious, slips, falls, drags himself up, shakes himself, laughs, continues vigorously but gingerly toward the river.</w:t>
        <w:br/>
        <w:br/>
        <w:t>A silence as they look toward the door. They will seem for several passages in a frozen world. When</w:t>
        <w:br/>
        <w:br/>
        <w:t>they speak it is softy.)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(Finally)</w:t>
      </w:r>
      <w:r>
        <w:rPr>
          <w:rFonts w:ascii="Times New Roman" w:hAnsi="Times New Roman"/>
          <w:b w:val="0"/>
          <w:i w:val="0"/>
          <w:color w:val="000000"/>
          <w:sz w:val="32"/>
        </w:rPr>
        <w:t xml:space="preserve">: </w:t>
      </w:r>
      <w:r>
        <w:rPr>
          <w:rFonts w:ascii="Times New Roman" w:hAnsi="Times New Roman"/>
          <w:b w:val="0"/>
          <w:i w:val="0"/>
          <w:color w:val="000000"/>
          <w:sz w:val="32"/>
        </w:rPr>
        <w:t>He’ll fetch a boat.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Ye think?</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That’s his intent?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I know him.</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(Looking at Kit Marlowe)</w:t>
      </w:r>
      <w:r>
        <w:rPr>
          <w:rFonts w:ascii="Times New Roman" w:hAnsi="Times New Roman"/>
          <w:b w:val="0"/>
          <w:i w:val="0"/>
          <w:color w:val="000000"/>
          <w:sz w:val="32"/>
        </w:rPr>
        <w:t xml:space="preserve">: </w:t>
      </w:r>
      <w:r>
        <w:rPr>
          <w:rFonts w:ascii="Times New Roman" w:hAnsi="Times New Roman"/>
          <w:b w:val="0"/>
          <w:i w:val="0"/>
          <w:color w:val="000000"/>
          <w:sz w:val="32"/>
        </w:rPr>
        <w:t>Good idea though.</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He can have them, Edward can—good ideas, I mean to say.</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Aye. We underrate at times, don’t we? ...Well, I do, a fault of mine I know.</w:t>
      </w:r>
    </w:p>
    <w:p>
      <w:pPr>
        <w:keepNext w:val="0"/>
        <w:spacing w:before="140" w:after="80" w:line="276" w:lineRule="auto"/>
        <w:ind w:left="0" w:right="0" w:firstLine="0"/>
      </w:pPr>
      <w:r>
        <w:rPr>
          <w:rFonts w:ascii="Times New Roman" w:hAnsi="Times New Roman"/>
          <w:b w:val="0"/>
          <w:i/>
          <w:color w:val="000000"/>
          <w:sz w:val="32"/>
        </w:rPr>
        <w:t>(They all look at the door, a sense of uncertainty.</w:t>
        <w:br/>
        <w:br/>
        <w:t>A silence but for the rain.</w:t>
        <w:br/>
        <w:br/>
        <w:t>Thomas Kyd painfully lifts cup to drink.)</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(Finally, with effort, softly)</w:t>
      </w:r>
      <w:r>
        <w:rPr>
          <w:rFonts w:ascii="Times New Roman" w:hAnsi="Times New Roman"/>
          <w:b w:val="0"/>
          <w:i w:val="0"/>
          <w:color w:val="000000"/>
          <w:sz w:val="32"/>
        </w:rPr>
        <w:t xml:space="preserve">: </w:t>
      </w:r>
      <w:r>
        <w:rPr>
          <w:rFonts w:ascii="Times New Roman" w:hAnsi="Times New Roman"/>
          <w:b w:val="0"/>
          <w:i w:val="0"/>
          <w:color w:val="000000"/>
          <w:sz w:val="32"/>
        </w:rPr>
        <w:t>Will, how's your wife Anne?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(Also, whispered)</w:t>
      </w:r>
      <w:r>
        <w:rPr>
          <w:rFonts w:ascii="Times New Roman" w:hAnsi="Times New Roman"/>
          <w:b w:val="0"/>
          <w:i w:val="0"/>
          <w:color w:val="000000"/>
          <w:sz w:val="32"/>
        </w:rPr>
        <w:t xml:space="preserve">: </w:t>
      </w:r>
      <w:r>
        <w:rPr>
          <w:rFonts w:ascii="Times New Roman" w:hAnsi="Times New Roman"/>
          <w:b w:val="0"/>
          <w:i w:val="0"/>
          <w:color w:val="000000"/>
          <w:sz w:val="32"/>
        </w:rPr>
        <w:t>Well, I say thee, well,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(Attempting great sincerity)</w:t>
      </w:r>
      <w:r>
        <w:rPr>
          <w:rFonts w:ascii="Times New Roman" w:hAnsi="Times New Roman"/>
          <w:b w:val="0"/>
          <w:i w:val="0"/>
          <w:color w:val="000000"/>
          <w:sz w:val="32"/>
        </w:rPr>
        <w:t xml:space="preserve">: </w:t>
      </w:r>
      <w:r>
        <w:rPr>
          <w:rFonts w:ascii="Times New Roman" w:hAnsi="Times New Roman"/>
          <w:b w:val="0"/>
          <w:i w:val="0"/>
          <w:color w:val="000000"/>
          <w:sz w:val="32"/>
        </w:rPr>
        <w:t>No, really, Will, how's she doing?</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(Pause, looks at him)</w:t>
      </w:r>
      <w:r>
        <w:rPr>
          <w:rFonts w:ascii="Times New Roman" w:hAnsi="Times New Roman"/>
          <w:b w:val="0"/>
          <w:i w:val="0"/>
          <w:color w:val="000000"/>
          <w:sz w:val="32"/>
        </w:rPr>
        <w:t xml:space="preserve">: </w:t>
      </w:r>
      <w:r>
        <w:rPr>
          <w:rFonts w:ascii="Times New Roman" w:hAnsi="Times New Roman"/>
          <w:b w:val="0"/>
          <w:i w:val="0"/>
          <w:color w:val="000000"/>
          <w:sz w:val="32"/>
        </w:rPr>
        <w:t>Very well indeed.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(Pause)</w:t>
      </w:r>
      <w:r>
        <w:rPr>
          <w:rFonts w:ascii="Times New Roman" w:hAnsi="Times New Roman"/>
          <w:b w:val="0"/>
          <w:i w:val="0"/>
          <w:color w:val="000000"/>
          <w:sz w:val="32"/>
        </w:rPr>
        <w:t xml:space="preserve">: </w:t>
      </w:r>
      <w:r>
        <w:rPr>
          <w:rFonts w:ascii="Times New Roman" w:hAnsi="Times New Roman"/>
          <w:b w:val="0"/>
          <w:i w:val="0"/>
          <w:color w:val="000000"/>
          <w:sz w:val="32"/>
        </w:rPr>
        <w:t>Stalwart woman—Anne. A looker, too. Don't know why you keep her hidden away in Stratford.</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(Gesturing)</w:t>
      </w:r>
      <w:r>
        <w:rPr>
          <w:rFonts w:ascii="Times New Roman" w:hAnsi="Times New Roman"/>
          <w:b w:val="0"/>
          <w:i w:val="0"/>
          <w:color w:val="000000"/>
          <w:sz w:val="32"/>
        </w:rPr>
        <w:t xml:space="preserve">: </w:t>
      </w:r>
      <w:r>
        <w:rPr>
          <w:rFonts w:ascii="Times New Roman" w:hAnsi="Times New Roman"/>
          <w:b w:val="0"/>
          <w:i w:val="0"/>
          <w:color w:val="000000"/>
          <w:sz w:val="32"/>
        </w:rPr>
        <w:t xml:space="preserve">Bring her here, Ben? The children? What with Hamnet’s ...for what result ...? The Plague...? Stale onion and potato pasties ...? Intrigues and killings...? </w:t>
      </w:r>
      <w:r>
        <w:rPr>
          <w:rFonts w:ascii="Times New Roman" w:hAnsi="Times New Roman"/>
          <w:b w:val="0"/>
          <w:i/>
          <w:color w:val="000000"/>
          <w:sz w:val="32"/>
        </w:rPr>
        <w:t>(Gestures to Kit Marlowe’s body)</w:t>
      </w:r>
      <w:r>
        <w:rPr>
          <w:rFonts w:ascii="Times New Roman" w:hAnsi="Times New Roman"/>
          <w:b w:val="0"/>
          <w:i w:val="0"/>
          <w:color w:val="000000"/>
          <w:sz w:val="32"/>
        </w:rPr>
        <w:t xml:space="preserve"> ...bodies on floors...? No, Stratford's better, leaky roof and all.</w:t>
      </w:r>
    </w:p>
    <w:p>
      <w:pPr>
        <w:keepNext w:val="0"/>
        <w:spacing w:before="140" w:after="80" w:line="276" w:lineRule="auto"/>
        <w:ind w:left="0" w:right="0" w:firstLine="0"/>
      </w:pPr>
      <w:r>
        <w:rPr>
          <w:rFonts w:ascii="Times New Roman" w:hAnsi="Times New Roman"/>
          <w:b w:val="0"/>
          <w:i/>
          <w:color w:val="000000"/>
          <w:sz w:val="32"/>
        </w:rPr>
        <w:t>(A silence.)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(Softly)</w:t>
      </w:r>
      <w:r>
        <w:rPr>
          <w:rFonts w:ascii="Times New Roman" w:hAnsi="Times New Roman"/>
          <w:b w:val="0"/>
          <w:i w:val="0"/>
          <w:color w:val="000000"/>
          <w:sz w:val="32"/>
        </w:rPr>
        <w:t xml:space="preserve">: </w:t>
      </w:r>
      <w:r>
        <w:rPr>
          <w:rFonts w:ascii="Times New Roman" w:hAnsi="Times New Roman"/>
          <w:b w:val="0"/>
          <w:i w:val="0"/>
          <w:color w:val="000000"/>
          <w:sz w:val="32"/>
        </w:rPr>
        <w:t>Since you mention them. Susanna and the twins Judith and Hamnet—how be they?</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 xml:space="preserve">Fairly well, Thomas. I thank you for asking. </w:t>
      </w:r>
      <w:r>
        <w:rPr>
          <w:rFonts w:ascii="Times New Roman" w:hAnsi="Times New Roman"/>
          <w:b w:val="0"/>
          <w:i/>
          <w:color w:val="000000"/>
          <w:sz w:val="32"/>
        </w:rPr>
        <w:t>(Suddenly realizing, excited)</w:t>
      </w:r>
      <w:r>
        <w:rPr>
          <w:rFonts w:ascii="Times New Roman" w:hAnsi="Times New Roman"/>
          <w:b w:val="0"/>
          <w:i w:val="0"/>
          <w:color w:val="000000"/>
          <w:sz w:val="32"/>
        </w:rPr>
        <w:t xml:space="preserve"> Thomas, you know their names?!</w:t>
      </w:r>
    </w:p>
    <w:p>
      <w:pPr>
        <w:keepNext w:val="0"/>
        <w:spacing w:before="140" w:after="80" w:line="276" w:lineRule="auto"/>
        <w:ind w:left="0" w:right="0" w:firstLine="0"/>
      </w:pPr>
      <w:r>
        <w:rPr>
          <w:rFonts w:ascii="Times New Roman" w:hAnsi="Times New Roman"/>
          <w:b w:val="0"/>
          <w:i/>
          <w:color w:val="000000"/>
          <w:sz w:val="32"/>
        </w:rPr>
        <w:t>(Thomas Kyd nods.)</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 xml:space="preserve">To think you know their names! The twins even! Dear of you. I didn’t know! </w:t>
      </w:r>
      <w:r>
        <w:rPr>
          <w:rFonts w:ascii="Times New Roman" w:hAnsi="Times New Roman"/>
          <w:b w:val="0"/>
          <w:i/>
          <w:color w:val="000000"/>
          <w:sz w:val="32"/>
        </w:rPr>
        <w:t>(Inspired by his interest)</w:t>
      </w:r>
      <w:r>
        <w:rPr>
          <w:rFonts w:ascii="Times New Roman" w:hAnsi="Times New Roman"/>
          <w:b w:val="0"/>
          <w:i w:val="0"/>
          <w:color w:val="000000"/>
          <w:sz w:val="32"/>
        </w:rPr>
        <w:t xml:space="preserve"> Susanna works hard, yea, a giving and loving child, and Hamnet and Judith be mischief indeed. Triple the trouble says their mother. To think you know their names!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(Suspiciously)</w:t>
      </w:r>
      <w:r>
        <w:rPr>
          <w:rFonts w:ascii="Times New Roman" w:hAnsi="Times New Roman"/>
          <w:b w:val="0"/>
          <w:i w:val="0"/>
          <w:color w:val="000000"/>
          <w:sz w:val="32"/>
        </w:rPr>
        <w:t xml:space="preserve">: </w:t>
      </w:r>
      <w:r>
        <w:rPr>
          <w:rFonts w:ascii="Times New Roman" w:hAnsi="Times New Roman"/>
          <w:b w:val="0"/>
          <w:i w:val="0"/>
          <w:color w:val="000000"/>
          <w:sz w:val="32"/>
        </w:rPr>
        <w:t xml:space="preserve">Will, are you </w:t>
      </w:r>
      <w:r>
        <w:rPr>
          <w:rFonts w:ascii="Times New Roman" w:hAnsi="Times New Roman"/>
          <w:b w:val="0"/>
          <w:i/>
          <w:color w:val="000000"/>
          <w:sz w:val="32"/>
        </w:rPr>
        <w:t>(Mimicking his tone)</w:t>
      </w:r>
      <w:r>
        <w:rPr>
          <w:rFonts w:ascii="Times New Roman" w:hAnsi="Times New Roman"/>
          <w:b w:val="0"/>
          <w:i w:val="0"/>
          <w:color w:val="000000"/>
          <w:sz w:val="32"/>
        </w:rPr>
        <w:t xml:space="preserve"> yea, </w:t>
      </w:r>
      <w:r>
        <w:rPr>
          <w:rFonts w:ascii="Times New Roman" w:hAnsi="Times New Roman"/>
          <w:b w:val="0"/>
          <w:i/>
          <w:color w:val="000000"/>
          <w:sz w:val="32"/>
        </w:rPr>
        <w:t>(Normal tone)</w:t>
      </w:r>
      <w:r>
        <w:rPr>
          <w:rFonts w:ascii="Times New Roman" w:hAnsi="Times New Roman"/>
          <w:b w:val="0"/>
          <w:i w:val="0"/>
          <w:color w:val="000000"/>
          <w:sz w:val="32"/>
        </w:rPr>
        <w:t xml:space="preserve"> writing something new and not telling us about it?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(Cautiously)</w:t>
      </w:r>
      <w:r>
        <w:rPr>
          <w:rFonts w:ascii="Times New Roman" w:hAnsi="Times New Roman"/>
          <w:b w:val="0"/>
          <w:i w:val="0"/>
          <w:color w:val="000000"/>
          <w:sz w:val="32"/>
        </w:rPr>
        <w:t xml:space="preserve">: </w:t>
      </w:r>
      <w:r>
        <w:rPr>
          <w:rFonts w:ascii="Times New Roman" w:hAnsi="Times New Roman"/>
          <w:b w:val="0"/>
          <w:i w:val="0"/>
          <w:color w:val="000000"/>
          <w:sz w:val="32"/>
        </w:rPr>
        <w:t>Why say you that, Ben?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Because you seem to fall into a peculiar way of speaking none of us can make out when working on something new. I need tell you, when you write that way you lose some audience, to judge by all the head scratching out there. Of course, I know you plan it that way—keep them guessing—clever of you. </w:t>
      </w:r>
      <w:r>
        <w:rPr>
          <w:rFonts w:ascii="Times New Roman" w:hAnsi="Times New Roman"/>
          <w:b w:val="0"/>
          <w:i/>
          <w:color w:val="000000"/>
          <w:sz w:val="32"/>
        </w:rPr>
        <w:t>(A beat.)</w:t>
      </w:r>
      <w:r>
        <w:rPr>
          <w:rFonts w:ascii="Times New Roman" w:hAnsi="Times New Roman"/>
          <w:b w:val="0"/>
          <w:i w:val="0"/>
          <w:color w:val="000000"/>
          <w:sz w:val="32"/>
        </w:rPr>
        <w:t xml:space="preserve"> Will, my question, if you please, be you writing a—</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(Grudgingly, a furtive, unsure glance at Thomas Kyd)</w:t>
      </w:r>
      <w:r>
        <w:rPr>
          <w:rFonts w:ascii="Times New Roman" w:hAnsi="Times New Roman"/>
          <w:b w:val="0"/>
          <w:i w:val="0"/>
          <w:color w:val="000000"/>
          <w:sz w:val="32"/>
        </w:rPr>
        <w:t xml:space="preserve">: </w:t>
      </w:r>
      <w:r>
        <w:rPr>
          <w:rFonts w:ascii="Times New Roman" w:hAnsi="Times New Roman"/>
          <w:b w:val="0"/>
          <w:i w:val="0"/>
          <w:color w:val="000000"/>
          <w:sz w:val="32"/>
        </w:rPr>
        <w:t>Well, if you must know, Ben, yes, working on a new play...bills to be paid ...must, you see, nothing new there.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And it’s called?</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(Shooting Ben Jonson a look, indicating Thomas Kyd, sotto voce)</w:t>
      </w:r>
      <w:r>
        <w:rPr>
          <w:rFonts w:ascii="Times New Roman" w:hAnsi="Times New Roman"/>
          <w:b w:val="0"/>
          <w:i w:val="0"/>
          <w:color w:val="000000"/>
          <w:sz w:val="32"/>
        </w:rPr>
        <w:t xml:space="preserve">: </w:t>
      </w:r>
      <w:r>
        <w:rPr>
          <w:rFonts w:ascii="Times New Roman" w:hAnsi="Times New Roman"/>
          <w:b w:val="0"/>
          <w:i w:val="0"/>
          <w:color w:val="000000"/>
          <w:sz w:val="32"/>
        </w:rPr>
        <w:t>Called, Ben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(Missing the allusion)</w:t>
      </w:r>
      <w:r>
        <w:rPr>
          <w:rFonts w:ascii="Times New Roman" w:hAnsi="Times New Roman"/>
          <w:b w:val="0"/>
          <w:i w:val="0"/>
          <w:color w:val="000000"/>
          <w:sz w:val="32"/>
        </w:rPr>
        <w:t xml:space="preserve">: </w:t>
      </w:r>
      <w:r>
        <w:rPr>
          <w:rFonts w:ascii="Times New Roman" w:hAnsi="Times New Roman"/>
          <w:b w:val="0"/>
          <w:i w:val="0"/>
          <w:color w:val="000000"/>
          <w:sz w:val="32"/>
        </w:rPr>
        <w:t>Aye, called,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(Nodding his head not so subtly toward Thomas Kyd)</w:t>
      </w:r>
      <w:r>
        <w:rPr>
          <w:rFonts w:ascii="Times New Roman" w:hAnsi="Times New Roman"/>
          <w:b w:val="0"/>
          <w:i w:val="0"/>
          <w:color w:val="000000"/>
          <w:sz w:val="32"/>
        </w:rPr>
        <w:t xml:space="preserve">: </w:t>
      </w:r>
      <w:r>
        <w:rPr>
          <w:rFonts w:ascii="Times New Roman" w:hAnsi="Times New Roman"/>
          <w:b w:val="0"/>
          <w:i w:val="0"/>
          <w:color w:val="000000"/>
          <w:sz w:val="32"/>
        </w:rPr>
        <w:t>You allude to the play's title?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Aye, the title! Don't be thick.</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(Glancing at Thomas Kyd, sotto voce)</w:t>
      </w:r>
      <w:r>
        <w:rPr>
          <w:rFonts w:ascii="Times New Roman" w:hAnsi="Times New Roman"/>
          <w:b w:val="0"/>
          <w:i w:val="0"/>
          <w:color w:val="000000"/>
          <w:sz w:val="32"/>
        </w:rPr>
        <w:t xml:space="preserve">: </w:t>
      </w:r>
      <w:r>
        <w:rPr>
          <w:rFonts w:ascii="Times New Roman" w:hAnsi="Times New Roman"/>
          <w:b w:val="0"/>
          <w:i w:val="0"/>
          <w:color w:val="000000"/>
          <w:sz w:val="32"/>
        </w:rPr>
        <w:t>You be the thick one, Ben!—or in your cups! It’s called ...</w:t>
      </w:r>
      <w:r>
        <w:rPr>
          <w:rFonts w:ascii="Times New Roman" w:hAnsi="Times New Roman"/>
          <w:b w:val="0"/>
          <w:i/>
          <w:color w:val="000000"/>
          <w:sz w:val="32"/>
        </w:rPr>
        <w:t>(Continued sotto voce, glancing furtively again at Thomas Kyd, mumbles something not distinguishable)</w:t>
      </w:r>
      <w:r>
        <w:rPr>
          <w:rFonts w:ascii="Times New Roman" w:hAnsi="Times New Roman"/>
          <w:b w:val="0"/>
          <w:i w:val="0"/>
          <w:color w:val="000000"/>
          <w:sz w:val="32"/>
        </w:rPr>
        <w:t xml:space="preserve">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(Leaning forward)</w:t>
      </w:r>
      <w:r>
        <w:rPr>
          <w:rFonts w:ascii="Times New Roman" w:hAnsi="Times New Roman"/>
          <w:b w:val="0"/>
          <w:i w:val="0"/>
          <w:color w:val="000000"/>
          <w:sz w:val="32"/>
        </w:rPr>
        <w:t xml:space="preserve">: </w:t>
      </w:r>
      <w:r>
        <w:rPr>
          <w:rFonts w:ascii="Times New Roman" w:hAnsi="Times New Roman"/>
          <w:b w:val="0"/>
          <w:i w:val="0"/>
          <w:color w:val="000000"/>
          <w:sz w:val="32"/>
        </w:rPr>
        <w:t>What’s that?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(Frustrated, whispered)</w:t>
      </w:r>
      <w:r>
        <w:rPr>
          <w:rFonts w:ascii="Times New Roman" w:hAnsi="Times New Roman"/>
          <w:b w:val="0"/>
          <w:i w:val="0"/>
          <w:color w:val="000000"/>
          <w:sz w:val="32"/>
        </w:rPr>
        <w:t xml:space="preserve">: </w:t>
      </w:r>
      <w:r>
        <w:rPr>
          <w:rFonts w:ascii="Times New Roman" w:hAnsi="Times New Roman"/>
          <w:b w:val="0"/>
          <w:i w:val="0"/>
          <w:color w:val="000000"/>
          <w:sz w:val="32"/>
        </w:rPr>
        <w:t>‘Hamlet’!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(Normal voice)</w:t>
      </w:r>
      <w:r>
        <w:rPr>
          <w:rFonts w:ascii="Times New Roman" w:hAnsi="Times New Roman"/>
          <w:b w:val="0"/>
          <w:i w:val="0"/>
          <w:color w:val="000000"/>
          <w:sz w:val="32"/>
        </w:rPr>
        <w:t xml:space="preserve">: </w:t>
      </w:r>
      <w:r>
        <w:rPr>
          <w:rFonts w:ascii="Times New Roman" w:hAnsi="Times New Roman"/>
          <w:b w:val="0"/>
          <w:i w:val="0"/>
          <w:color w:val="000000"/>
          <w:sz w:val="32"/>
        </w:rPr>
        <w:t>‘Hamlet’?</w:t>
      </w:r>
    </w:p>
    <w:p>
      <w:pPr>
        <w:keepNext w:val="0"/>
        <w:spacing w:before="140" w:after="80" w:line="276" w:lineRule="auto"/>
        <w:ind w:left="0" w:right="0" w:firstLine="0"/>
      </w:pPr>
      <w:r>
        <w:rPr>
          <w:rFonts w:ascii="Times New Roman" w:hAnsi="Times New Roman"/>
          <w:b w:val="0"/>
          <w:i/>
          <w:color w:val="000000"/>
          <w:sz w:val="32"/>
        </w:rPr>
        <w:t>(THOMAS KYD (His antenna suddenly up) ‘Hamlet?’ (Will Shakespeare sighs, rolls his eyes.) ‘Hamlet’ you say?)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(After a glance at Thomas Kyd)</w:t>
      </w:r>
      <w:r>
        <w:rPr>
          <w:rFonts w:ascii="Times New Roman" w:hAnsi="Times New Roman"/>
          <w:b w:val="0"/>
          <w:i w:val="0"/>
          <w:color w:val="000000"/>
          <w:sz w:val="32"/>
        </w:rPr>
        <w:t xml:space="preserve">: </w:t>
      </w:r>
      <w:r>
        <w:rPr>
          <w:rFonts w:ascii="Times New Roman" w:hAnsi="Times New Roman"/>
          <w:b w:val="0"/>
          <w:i w:val="0"/>
          <w:color w:val="000000"/>
          <w:sz w:val="32"/>
        </w:rPr>
        <w:t>So, a play called after your son?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(Impatiently, wearily)</w:t>
      </w:r>
      <w:r>
        <w:rPr>
          <w:rFonts w:ascii="Times New Roman" w:hAnsi="Times New Roman"/>
          <w:b w:val="0"/>
          <w:i w:val="0"/>
          <w:color w:val="000000"/>
          <w:sz w:val="32"/>
        </w:rPr>
        <w:t xml:space="preserve">: </w:t>
      </w:r>
      <w:r>
        <w:rPr>
          <w:rFonts w:ascii="Times New Roman" w:hAnsi="Times New Roman"/>
          <w:b w:val="0"/>
          <w:i w:val="0"/>
          <w:color w:val="000000"/>
          <w:sz w:val="32"/>
        </w:rPr>
        <w:t>Nay. My son's name’s Hamnet, Ben, as Thomas just pointed out.</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Pardon.</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(Sorrowfully)</w:t>
      </w:r>
      <w:r>
        <w:rPr>
          <w:rFonts w:ascii="Times New Roman" w:hAnsi="Times New Roman"/>
          <w:b w:val="0"/>
          <w:i w:val="0"/>
          <w:color w:val="000000"/>
          <w:sz w:val="32"/>
        </w:rPr>
        <w:t xml:space="preserve">: </w:t>
      </w:r>
      <w:r>
        <w:rPr>
          <w:rFonts w:ascii="Times New Roman" w:hAnsi="Times New Roman"/>
          <w:b w:val="0"/>
          <w:i w:val="0"/>
          <w:color w:val="000000"/>
          <w:sz w:val="32"/>
        </w:rPr>
        <w:t>After my tragedy ‘Hamlet’ then?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(Having anticipated this)</w:t>
      </w:r>
      <w:r>
        <w:rPr>
          <w:rFonts w:ascii="Times New Roman" w:hAnsi="Times New Roman"/>
          <w:b w:val="0"/>
          <w:i w:val="0"/>
          <w:color w:val="000000"/>
          <w:sz w:val="32"/>
        </w:rPr>
        <w:t xml:space="preserve">: </w:t>
      </w:r>
      <w:r>
        <w:rPr>
          <w:rFonts w:ascii="Times New Roman" w:hAnsi="Times New Roman"/>
          <w:b w:val="0"/>
          <w:i w:val="0"/>
          <w:color w:val="000000"/>
          <w:sz w:val="32"/>
        </w:rPr>
        <w:t>Yea, Thomas, and yours was after another ‘Hamlet’, if you recall. And that was after another and another before that.</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But the same prince nevertheless?</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There have been many ‘Hamlets’, Thomas. You do not own the story. Anyway, years away—first try, that’s all. Distilling up here—</w:t>
      </w:r>
      <w:r>
        <w:rPr>
          <w:rFonts w:ascii="Times New Roman" w:hAnsi="Times New Roman"/>
          <w:b w:val="0"/>
          <w:i/>
          <w:color w:val="000000"/>
          <w:sz w:val="32"/>
        </w:rPr>
        <w:t>(Indicates his head)</w:t>
      </w:r>
      <w:r>
        <w:rPr>
          <w:rFonts w:ascii="Times New Roman" w:hAnsi="Times New Roman"/>
          <w:b w:val="0"/>
          <w:i w:val="0"/>
          <w:color w:val="000000"/>
          <w:sz w:val="32"/>
        </w:rPr>
        <w:t>—may never finish. Likely not.</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(In despair)</w:t>
      </w:r>
      <w:r>
        <w:rPr>
          <w:rFonts w:ascii="Times New Roman" w:hAnsi="Times New Roman"/>
          <w:b w:val="0"/>
          <w:i w:val="0"/>
          <w:color w:val="000000"/>
          <w:sz w:val="32"/>
        </w:rPr>
        <w:t xml:space="preserve">: </w:t>
      </w:r>
      <w:r>
        <w:rPr>
          <w:rFonts w:ascii="Times New Roman" w:hAnsi="Times New Roman"/>
          <w:b w:val="0"/>
          <w:i w:val="0"/>
          <w:color w:val="000000"/>
          <w:sz w:val="32"/>
        </w:rPr>
        <w:t>You will—finish—and mean to eclipse them all, of course, including mine—the only truly extant! No revivals of Thomas Kyd's ‘Hamlet’, to be sure, if his majesty Shakespeare's written one!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(With a gesture)</w:t>
      </w:r>
      <w:r>
        <w:rPr>
          <w:rFonts w:ascii="Times New Roman" w:hAnsi="Times New Roman"/>
          <w:b w:val="0"/>
          <w:i w:val="0"/>
          <w:color w:val="000000"/>
          <w:sz w:val="32"/>
        </w:rPr>
        <w:t xml:space="preserve">: </w:t>
      </w:r>
      <w:r>
        <w:rPr>
          <w:rFonts w:ascii="Times New Roman" w:hAnsi="Times New Roman"/>
          <w:b w:val="0"/>
          <w:i w:val="0"/>
          <w:color w:val="000000"/>
          <w:sz w:val="32"/>
        </w:rPr>
        <w:t>Leave it, Thomas—</w:t>
      </w:r>
      <w:r>
        <w:rPr>
          <w:rFonts w:ascii="Times New Roman" w:hAnsi="Times New Roman"/>
          <w:b w:val="0"/>
          <w:i/>
          <w:color w:val="000000"/>
          <w:sz w:val="32"/>
        </w:rPr>
        <w:t>(Indicating the bread loaf on table)</w:t>
      </w:r>
      <w:r>
        <w:rPr>
          <w:rFonts w:ascii="Times New Roman" w:hAnsi="Times New Roman"/>
          <w:b w:val="0"/>
          <w:i w:val="0"/>
          <w:color w:val="000000"/>
          <w:sz w:val="32"/>
        </w:rPr>
        <w:t xml:space="preserve">—it be stale bread. </w:t>
      </w:r>
      <w:r>
        <w:rPr>
          <w:rFonts w:ascii="Times New Roman" w:hAnsi="Times New Roman"/>
          <w:b w:val="0"/>
          <w:i/>
          <w:color w:val="000000"/>
          <w:sz w:val="32"/>
        </w:rPr>
        <w:t>(Unconvincingly)</w:t>
      </w:r>
      <w:r>
        <w:rPr>
          <w:rFonts w:ascii="Times New Roman" w:hAnsi="Times New Roman"/>
          <w:b w:val="0"/>
          <w:i w:val="0"/>
          <w:color w:val="000000"/>
          <w:sz w:val="32"/>
        </w:rPr>
        <w:t xml:space="preserve"> ...He may never finish anyway, as he says...</w:t>
      </w:r>
      <w:r>
        <w:rPr>
          <w:rFonts w:ascii="Times New Roman" w:hAnsi="Times New Roman"/>
          <w:b w:val="0"/>
          <w:i/>
          <w:color w:val="000000"/>
          <w:sz w:val="32"/>
        </w:rPr>
        <w:t>(To Will Shakespeare.)</w:t>
      </w:r>
      <w:r>
        <w:rPr>
          <w:rFonts w:ascii="Times New Roman" w:hAnsi="Times New Roman"/>
          <w:b w:val="0"/>
          <w:i w:val="0"/>
          <w:color w:val="000000"/>
          <w:sz w:val="32"/>
        </w:rPr>
        <w:t xml:space="preserve"> Why not, Will, to avoid confusion and a fellow writer’s hurt, honor your son and call this new play, if you finish, ‘Hamnet’?</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Tell you true, Ben, thought once to name it after my sweet Hamnet, kind of gentle play on the tragic prince's name, but thought again it could spoil the boy—a great play named after him.</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(Greatly injured)</w:t>
      </w:r>
      <w:r>
        <w:rPr>
          <w:rFonts w:ascii="Times New Roman" w:hAnsi="Times New Roman"/>
          <w:b w:val="0"/>
          <w:i w:val="0"/>
          <w:color w:val="000000"/>
          <w:sz w:val="32"/>
        </w:rPr>
        <w:t xml:space="preserve">: </w:t>
      </w:r>
      <w:r>
        <w:rPr>
          <w:rFonts w:ascii="Times New Roman" w:hAnsi="Times New Roman"/>
          <w:b w:val="0"/>
          <w:i w:val="0"/>
          <w:color w:val="000000"/>
          <w:sz w:val="32"/>
        </w:rPr>
        <w:t>‘A great play’—still to be seen, don't you think,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(Laughs at himself)</w:t>
      </w:r>
      <w:r>
        <w:rPr>
          <w:rFonts w:ascii="Times New Roman" w:hAnsi="Times New Roman"/>
          <w:b w:val="0"/>
          <w:i w:val="0"/>
          <w:color w:val="000000"/>
          <w:sz w:val="32"/>
        </w:rPr>
        <w:t xml:space="preserve">: </w:t>
      </w:r>
      <w:r>
        <w:rPr>
          <w:rFonts w:ascii="Times New Roman" w:hAnsi="Times New Roman"/>
          <w:b w:val="0"/>
          <w:i w:val="0"/>
          <w:color w:val="000000"/>
          <w:sz w:val="32"/>
        </w:rPr>
        <w:t xml:space="preserve">Aye, to be decided, I am rightly rebuked, thank you, Thomas, but will be seen, yea, by many! But my Hamlet, like yours, will come to a bad end. </w:t>
      </w:r>
      <w:r>
        <w:rPr>
          <w:rFonts w:ascii="Times New Roman" w:hAnsi="Times New Roman"/>
          <w:b w:val="0"/>
          <w:i/>
          <w:color w:val="000000"/>
          <w:sz w:val="32"/>
        </w:rPr>
        <w:t>(Turning to Ben Jonson)</w:t>
      </w:r>
      <w:r>
        <w:rPr>
          <w:rFonts w:ascii="Times New Roman" w:hAnsi="Times New Roman"/>
          <w:b w:val="0"/>
          <w:i w:val="0"/>
          <w:color w:val="000000"/>
          <w:sz w:val="32"/>
        </w:rPr>
        <w:t xml:space="preserve"> Want not my son to carry such a curse. Ben, would you name a boy Oedipus? Or had you a boy called Oedipus would you write such a play in his name ...? Would you do such to your own young son, Ben?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 xml:space="preserve">No, love my son too much to saddle him thus. You're right, of course. </w:t>
      </w:r>
      <w:r>
        <w:rPr>
          <w:rFonts w:ascii="Times New Roman" w:hAnsi="Times New Roman"/>
          <w:b w:val="0"/>
          <w:i/>
          <w:color w:val="000000"/>
          <w:sz w:val="32"/>
        </w:rPr>
        <w:t>(A bell chimes in the distance. They listen till it stops after five, all intent except Thomas Kyd, Ben Jonson silently mouthing the numbers as they are struck.)</w:t>
      </w:r>
      <w:r>
        <w:rPr>
          <w:rFonts w:ascii="Times New Roman" w:hAnsi="Times New Roman"/>
          <w:b w:val="0"/>
          <w:i w:val="0"/>
          <w:color w:val="000000"/>
          <w:sz w:val="32"/>
        </w:rPr>
        <w:t xml:space="preserve"> Five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(Worried)</w:t>
      </w:r>
      <w:r>
        <w:rPr>
          <w:rFonts w:ascii="Times New Roman" w:hAnsi="Times New Roman"/>
          <w:b w:val="0"/>
          <w:i w:val="0"/>
          <w:color w:val="000000"/>
          <w:sz w:val="32"/>
        </w:rPr>
        <w:t xml:space="preserve">: </w:t>
      </w:r>
      <w:r>
        <w:rPr>
          <w:rFonts w:ascii="Times New Roman" w:hAnsi="Times New Roman"/>
          <w:b w:val="0"/>
          <w:i w:val="0"/>
          <w:color w:val="000000"/>
          <w:sz w:val="32"/>
        </w:rPr>
        <w:t>You truly think Edward will return?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He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(An argument against)</w:t>
      </w:r>
      <w:r>
        <w:rPr>
          <w:rFonts w:ascii="Times New Roman" w:hAnsi="Times New Roman"/>
          <w:b w:val="0"/>
          <w:i w:val="0"/>
          <w:color w:val="000000"/>
          <w:sz w:val="32"/>
        </w:rPr>
        <w:t xml:space="preserve">: </w:t>
      </w:r>
      <w:r>
        <w:rPr>
          <w:rFonts w:ascii="Times New Roman" w:hAnsi="Times New Roman"/>
          <w:b w:val="0"/>
          <w:i w:val="0"/>
          <w:color w:val="000000"/>
          <w:sz w:val="32"/>
        </w:rPr>
        <w:t>He’s mocked, Ben—Edward is.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(Irritably)</w:t>
      </w:r>
      <w:r>
        <w:rPr>
          <w:rFonts w:ascii="Times New Roman" w:hAnsi="Times New Roman"/>
          <w:b w:val="0"/>
          <w:i w:val="0"/>
          <w:color w:val="000000"/>
          <w:sz w:val="32"/>
        </w:rPr>
        <w:t xml:space="preserve">: </w:t>
      </w:r>
      <w:r>
        <w:rPr>
          <w:rFonts w:ascii="Times New Roman" w:hAnsi="Times New Roman"/>
          <w:b w:val="0"/>
          <w:i w:val="0"/>
          <w:color w:val="000000"/>
          <w:sz w:val="32"/>
        </w:rPr>
        <w:t xml:space="preserve">I promised you, didn’t I? </w:t>
      </w:r>
      <w:r>
        <w:rPr>
          <w:rFonts w:ascii="Times New Roman" w:hAnsi="Times New Roman"/>
          <w:b w:val="0"/>
          <w:i/>
          <w:color w:val="000000"/>
          <w:sz w:val="32"/>
        </w:rPr>
        <w:t>(Looks at Kit Marlowe, then to Thomas Kyd.)</w:t>
      </w:r>
      <w:r>
        <w:rPr>
          <w:rFonts w:ascii="Times New Roman" w:hAnsi="Times New Roman"/>
          <w:b w:val="0"/>
          <w:i w:val="0"/>
          <w:color w:val="000000"/>
          <w:sz w:val="32"/>
        </w:rPr>
        <w:t xml:space="preserve"> It grows late—should we fetch a physician? Or a coroner? We need go when Edward returns or miss the tide.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Coroner? May need a physician, not a coroner any more than us; soon, maybe, but not yet Kit or me. But I understand—myself thought him well gone before. Seen him this way for hours and more. See, his chest rises a touch. He's coming ‘round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(Leans forward studying Kit Marlowe more closely)</w:t>
      </w:r>
      <w:r>
        <w:rPr>
          <w:rFonts w:ascii="Times New Roman" w:hAnsi="Times New Roman"/>
          <w:b w:val="0"/>
          <w:i w:val="0"/>
          <w:color w:val="000000"/>
          <w:sz w:val="32"/>
        </w:rPr>
        <w:t xml:space="preserve">: </w:t>
      </w:r>
      <w:r>
        <w:rPr>
          <w:rFonts w:ascii="Times New Roman" w:hAnsi="Times New Roman"/>
          <w:b w:val="0"/>
          <w:i w:val="0"/>
          <w:color w:val="000000"/>
          <w:sz w:val="32"/>
        </w:rPr>
        <w:t>Aye, he breathes.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(Nodding, drinking)</w:t>
      </w:r>
      <w:r>
        <w:rPr>
          <w:rFonts w:ascii="Times New Roman" w:hAnsi="Times New Roman"/>
          <w:b w:val="0"/>
          <w:i w:val="0"/>
          <w:color w:val="000000"/>
          <w:sz w:val="32"/>
        </w:rPr>
        <w:t xml:space="preserve">: </w:t>
      </w:r>
      <w:r>
        <w:rPr>
          <w:rFonts w:ascii="Times New Roman" w:hAnsi="Times New Roman"/>
          <w:b w:val="0"/>
          <w:i w:val="0"/>
          <w:color w:val="000000"/>
          <w:sz w:val="32"/>
        </w:rPr>
        <w:t>Tenacious. Love him but just trouble, Kit is. Mocking the saints...accusing highly placed of beastly acts ...mocking the privy council ...those in high places ...the clergy ...even the Queen's latest frock!</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That’s the dangerous one.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He listens to no one! Cannot be dissuaded, wants to die and take me with him. Be better he expired on this floor, God save me!—which I would not say—be my witness I called on God, if it comes to a trial, which it may—which I would not say, were I a heretic. You’ll remember if I am tortured again—that I swore this?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(Comfortingly)</w:t>
      </w:r>
      <w:r>
        <w:rPr>
          <w:rFonts w:ascii="Times New Roman" w:hAnsi="Times New Roman"/>
          <w:b w:val="0"/>
          <w:i w:val="0"/>
          <w:color w:val="000000"/>
          <w:sz w:val="32"/>
        </w:rPr>
        <w:t xml:space="preserve">: </w:t>
      </w:r>
      <w:r>
        <w:rPr>
          <w:rFonts w:ascii="Times New Roman" w:hAnsi="Times New Roman"/>
          <w:b w:val="0"/>
          <w:i w:val="0"/>
          <w:color w:val="000000"/>
          <w:sz w:val="32"/>
        </w:rPr>
        <w:t>We will remember,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Will, you also?</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 xml:space="preserve">Aye, Thomas. My word—you swore it. We heard you. </w:t>
      </w:r>
      <w:r>
        <w:rPr>
          <w:rFonts w:ascii="Times New Roman" w:hAnsi="Times New Roman"/>
          <w:b w:val="0"/>
          <w:i/>
          <w:color w:val="000000"/>
          <w:sz w:val="32"/>
        </w:rPr>
        <w:t>(Pause.)</w:t>
      </w:r>
      <w:r>
        <w:rPr>
          <w:rFonts w:ascii="Times New Roman" w:hAnsi="Times New Roman"/>
          <w:b w:val="0"/>
          <w:i w:val="0"/>
          <w:color w:val="000000"/>
          <w:sz w:val="32"/>
        </w:rPr>
        <w:t xml:space="preserve"> Always known dangerous to know Kit. Comes with the poetry. </w:t>
      </w:r>
      <w:r>
        <w:rPr>
          <w:rFonts w:ascii="Times New Roman" w:hAnsi="Times New Roman"/>
          <w:b w:val="0"/>
          <w:i/>
          <w:color w:val="000000"/>
          <w:sz w:val="32"/>
        </w:rPr>
        <w:t>(A glance at Ben Jonson.)</w:t>
      </w:r>
      <w:r>
        <w:rPr>
          <w:rFonts w:ascii="Times New Roman" w:hAnsi="Times New Roman"/>
          <w:b w:val="0"/>
          <w:i w:val="0"/>
          <w:color w:val="000000"/>
          <w:sz w:val="32"/>
        </w:rPr>
        <w:t xml:space="preserve"> You’ve a lethal friend,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Your friend too!</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(Nods, sadly)</w:t>
      </w:r>
      <w:r>
        <w:rPr>
          <w:rFonts w:ascii="Times New Roman" w:hAnsi="Times New Roman"/>
          <w:b w:val="0"/>
          <w:i w:val="0"/>
          <w:color w:val="000000"/>
          <w:sz w:val="32"/>
        </w:rPr>
        <w:t xml:space="preserve">: </w:t>
      </w:r>
      <w:r>
        <w:rPr>
          <w:rFonts w:ascii="Times New Roman" w:hAnsi="Times New Roman"/>
          <w:b w:val="0"/>
          <w:i w:val="0"/>
          <w:color w:val="000000"/>
          <w:sz w:val="32"/>
        </w:rPr>
        <w:t>Aye—once.</w:t>
      </w:r>
    </w:p>
    <w:p>
      <w:pPr>
        <w:keepNext w:val="0"/>
        <w:spacing w:before="140" w:after="80" w:line="276" w:lineRule="auto"/>
        <w:ind w:left="0" w:right="0" w:firstLine="0"/>
      </w:pPr>
      <w:r>
        <w:rPr>
          <w:rFonts w:ascii="Times New Roman" w:hAnsi="Times New Roman"/>
          <w:b w:val="0"/>
          <w:i/>
          <w:color w:val="000000"/>
          <w:sz w:val="32"/>
        </w:rPr>
        <w:t>(BEN JONSON (Looks at Thomas Kyd's hand, then softly.) Thomas, threatened with the rack too?)</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Coming. The fellow can’t wait. Took great joy crippling my writing hand—</w:t>
      </w:r>
      <w:r>
        <w:rPr>
          <w:rFonts w:ascii="Times New Roman" w:hAnsi="Times New Roman"/>
          <w:b w:val="0"/>
          <w:i/>
          <w:color w:val="000000"/>
          <w:sz w:val="32"/>
        </w:rPr>
        <w:t>(Trying to drink, his hands shaking)</w:t>
      </w:r>
      <w:r>
        <w:rPr>
          <w:rFonts w:ascii="Times New Roman" w:hAnsi="Times New Roman"/>
          <w:b w:val="0"/>
          <w:i w:val="0"/>
          <w:color w:val="000000"/>
          <w:sz w:val="32"/>
        </w:rPr>
        <w:t xml:space="preserve"> Do ye see, can barely hold a cup, so a pen?</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(Who also half stood, looking at Ben Jonson)</w:t>
      </w:r>
      <w:r>
        <w:rPr>
          <w:rFonts w:ascii="Times New Roman" w:hAnsi="Times New Roman"/>
          <w:b w:val="0"/>
          <w:i w:val="0"/>
          <w:color w:val="000000"/>
          <w:sz w:val="32"/>
        </w:rPr>
        <w:t xml:space="preserve">: </w:t>
      </w:r>
      <w:r>
        <w:rPr>
          <w:rFonts w:ascii="Times New Roman" w:hAnsi="Times New Roman"/>
          <w:b w:val="0"/>
          <w:i w:val="0"/>
          <w:color w:val="000000"/>
          <w:sz w:val="32"/>
        </w:rPr>
        <w:t>Dangerous to know you—and Kit. Sorry for your pain, Thomas, but—</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If I frighten you, Will ...as I know I did when I wrote “The Spanish Tragedy” and people flocked to it and none then took note of Will Shakespeare, the talk being of “Famous Kyd” ...and what ...what he might do next ...</w:t>
      </w:r>
      <w:r>
        <w:rPr>
          <w:rFonts w:ascii="Times New Roman" w:hAnsi="Times New Roman"/>
          <w:b w:val="0"/>
          <w:i/>
          <w:color w:val="000000"/>
          <w:sz w:val="32"/>
        </w:rPr>
        <w:t>(Falters)</w:t>
      </w:r>
      <w:r>
        <w:rPr>
          <w:rFonts w:ascii="Times New Roman" w:hAnsi="Times New Roman"/>
          <w:b w:val="0"/>
          <w:i w:val="0"/>
          <w:color w:val="000000"/>
          <w:sz w:val="32"/>
        </w:rPr>
        <w:t xml:space="preserve"> ...what he might still write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(Pause)</w:t>
      </w:r>
      <w:r>
        <w:rPr>
          <w:rFonts w:ascii="Times New Roman" w:hAnsi="Times New Roman"/>
          <w:b w:val="0"/>
          <w:i w:val="0"/>
          <w:color w:val="000000"/>
          <w:sz w:val="32"/>
        </w:rPr>
        <w:t xml:space="preserve">: </w:t>
      </w:r>
      <w:r>
        <w:rPr>
          <w:rFonts w:ascii="Times New Roman" w:hAnsi="Times New Roman"/>
          <w:b w:val="0"/>
          <w:i w:val="0"/>
          <w:color w:val="000000"/>
          <w:sz w:val="32"/>
        </w:rPr>
        <w:t>Fine play, Thomas, ‘The Spanish Tragedy’. Very fine, saw it many times myself.</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(Surprised and moved)</w:t>
      </w:r>
      <w:r>
        <w:rPr>
          <w:rFonts w:ascii="Times New Roman" w:hAnsi="Times New Roman"/>
          <w:b w:val="0"/>
          <w:i w:val="0"/>
          <w:color w:val="000000"/>
          <w:sz w:val="32"/>
        </w:rPr>
        <w:t xml:space="preserve">: </w:t>
      </w:r>
      <w:r>
        <w:rPr>
          <w:rFonts w:ascii="Times New Roman" w:hAnsi="Times New Roman"/>
          <w:b w:val="0"/>
          <w:i w:val="0"/>
          <w:color w:val="000000"/>
          <w:sz w:val="32"/>
        </w:rPr>
        <w:t xml:space="preserve">Did you? Thank you! Did you really, Will? ...see my play many times? The truth? </w:t>
      </w:r>
      <w:r>
        <w:rPr>
          <w:rFonts w:ascii="Times New Roman" w:hAnsi="Times New Roman"/>
          <w:b w:val="0"/>
          <w:i/>
          <w:color w:val="000000"/>
          <w:sz w:val="32"/>
        </w:rPr>
        <w:t>(Will Shakespeare nods. Thomas Kyd is near tears)</w:t>
      </w:r>
      <w:r>
        <w:rPr>
          <w:rFonts w:ascii="Times New Roman" w:hAnsi="Times New Roman"/>
          <w:b w:val="0"/>
          <w:i w:val="0"/>
          <w:color w:val="000000"/>
          <w:sz w:val="32"/>
        </w:rPr>
        <w:t xml:space="preserve"> Thank you ...Thank you so much.</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(Some pity)</w:t>
      </w:r>
      <w:r>
        <w:rPr>
          <w:rFonts w:ascii="Times New Roman" w:hAnsi="Times New Roman"/>
          <w:b w:val="0"/>
          <w:i w:val="0"/>
          <w:color w:val="000000"/>
          <w:sz w:val="32"/>
        </w:rPr>
        <w:t xml:space="preserve">: </w:t>
      </w:r>
      <w:r>
        <w:rPr>
          <w:rFonts w:ascii="Times New Roman" w:hAnsi="Times New Roman"/>
          <w:b w:val="0"/>
          <w:i w:val="0"/>
          <w:color w:val="000000"/>
          <w:sz w:val="32"/>
        </w:rPr>
        <w:t>But dry since then, Thomas.</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(Thinks of arguing but ...)</w:t>
      </w:r>
      <w:r>
        <w:rPr>
          <w:rFonts w:ascii="Times New Roman" w:hAnsi="Times New Roman"/>
          <w:b w:val="0"/>
          <w:i w:val="0"/>
          <w:color w:val="000000"/>
          <w:sz w:val="32"/>
        </w:rPr>
        <w:t xml:space="preserve">: </w:t>
      </w:r>
      <w:r>
        <w:rPr>
          <w:rFonts w:ascii="Times New Roman" w:hAnsi="Times New Roman"/>
          <w:b w:val="0"/>
          <w:i w:val="0"/>
          <w:color w:val="000000"/>
          <w:sz w:val="32"/>
        </w:rPr>
        <w:t>True, true. Not my best ...</w:t>
      </w:r>
    </w:p>
    <w:p>
      <w:pPr>
        <w:keepNext w:val="0"/>
        <w:spacing w:before="140" w:after="80" w:line="276" w:lineRule="auto"/>
        <w:ind w:left="0" w:right="0" w:firstLine="0"/>
      </w:pPr>
      <w:r>
        <w:rPr>
          <w:rFonts w:ascii="Times New Roman" w:hAnsi="Times New Roman"/>
          <w:b w:val="0"/>
          <w:i/>
          <w:color w:val="000000"/>
          <w:sz w:val="32"/>
        </w:rPr>
        <w:t>(They fall silent.</w:t>
        <w:br/>
        <w:br/>
        <w:t>Lighting dimming slightly as Edward De Vere seen coming up the hill quickly, slips a few times, rights himself, then bursts through the door, dirty, disheveled, breathing heavily.)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(Authoritatively)</w:t>
      </w:r>
      <w:r>
        <w:rPr>
          <w:rFonts w:ascii="Times New Roman" w:hAnsi="Times New Roman"/>
          <w:b w:val="0"/>
          <w:i w:val="0"/>
          <w:color w:val="000000"/>
          <w:sz w:val="32"/>
        </w:rPr>
        <w:t xml:space="preserve">: </w:t>
      </w:r>
      <w:r>
        <w:rPr>
          <w:rFonts w:ascii="Times New Roman" w:hAnsi="Times New Roman"/>
          <w:b w:val="0"/>
          <w:i w:val="0"/>
          <w:color w:val="000000"/>
          <w:sz w:val="32"/>
        </w:rPr>
        <w:t>Hailed a boat—to cross to London!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Edward!</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Didn’t want to, the boat fellow didn’t I mean, exhausted, then held out coins to him—thrice the fare—did the trick—so waiting for us but not long! Think can be trusted—if anyone can be trusted these times. Come! Need to hurry!</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Aye!</w:t>
      </w:r>
    </w:p>
    <w:p>
      <w:pPr>
        <w:keepNext w:val="0"/>
        <w:spacing w:before="140" w:after="80" w:line="276" w:lineRule="auto"/>
        <w:ind w:left="0" w:right="0" w:firstLine="0"/>
      </w:pPr>
      <w:r>
        <w:rPr>
          <w:rFonts w:ascii="Times New Roman" w:hAnsi="Times New Roman"/>
          <w:b w:val="0"/>
          <w:i/>
          <w:color w:val="000000"/>
          <w:sz w:val="32"/>
        </w:rPr>
        <w:t>(Ben Jonson and Will Shakespeare, indicating fear they have been suppressing, stand quickly, pushing their chairs back, Will Shakespeare gathering and covering to protect his writing materials.)</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(Of Edward De Vere’s appearance)</w:t>
      </w:r>
      <w:r>
        <w:rPr>
          <w:rFonts w:ascii="Times New Roman" w:hAnsi="Times New Roman"/>
          <w:b w:val="0"/>
          <w:i w:val="0"/>
          <w:color w:val="000000"/>
          <w:sz w:val="32"/>
        </w:rPr>
        <w:t xml:space="preserve">: </w:t>
      </w:r>
      <w:r>
        <w:rPr>
          <w:rFonts w:ascii="Times New Roman" w:hAnsi="Times New Roman"/>
          <w:b w:val="0"/>
          <w:i w:val="0"/>
          <w:color w:val="000000"/>
          <w:sz w:val="32"/>
        </w:rPr>
        <w:t>Edward, are you hurt?</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(Exuberantly, wiping mud from his face)</w:t>
      </w:r>
      <w:r>
        <w:rPr>
          <w:rFonts w:ascii="Times New Roman" w:hAnsi="Times New Roman"/>
          <w:b w:val="0"/>
          <w:i w:val="0"/>
          <w:color w:val="000000"/>
          <w:sz w:val="32"/>
        </w:rPr>
        <w:t xml:space="preserve">: </w:t>
      </w:r>
      <w:r>
        <w:rPr>
          <w:rFonts w:ascii="Times New Roman" w:hAnsi="Times New Roman"/>
          <w:b w:val="0"/>
          <w:i w:val="0"/>
          <w:color w:val="000000"/>
          <w:sz w:val="32"/>
        </w:rPr>
        <w:t>Oh, this? Fell. Nothing broken. Soft mud—good old mud! Popped right back up! Made me feel young again!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(With a look at Kit Marlowe)</w:t>
      </w:r>
      <w:r>
        <w:rPr>
          <w:rFonts w:ascii="Times New Roman" w:hAnsi="Times New Roman"/>
          <w:b w:val="0"/>
          <w:i w:val="0"/>
          <w:color w:val="000000"/>
          <w:sz w:val="32"/>
        </w:rPr>
        <w:t xml:space="preserve">: </w:t>
      </w:r>
      <w:r>
        <w:rPr>
          <w:rFonts w:ascii="Times New Roman" w:hAnsi="Times New Roman"/>
          <w:b w:val="0"/>
          <w:i w:val="0"/>
          <w:color w:val="000000"/>
          <w:sz w:val="32"/>
        </w:rPr>
        <w:t>Can we take—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Kit? A body? Or simply drunk? I love him—</w:t>
      </w:r>
      <w:r>
        <w:rPr>
          <w:rFonts w:ascii="Times New Roman" w:hAnsi="Times New Roman"/>
          <w:b w:val="0"/>
          <w:i/>
          <w:color w:val="000000"/>
          <w:sz w:val="32"/>
        </w:rPr>
        <w:t>(To Kit Marlowe)</w:t>
      </w:r>
      <w:r>
        <w:rPr>
          <w:rFonts w:ascii="Times New Roman" w:hAnsi="Times New Roman"/>
          <w:b w:val="0"/>
          <w:i w:val="0"/>
          <w:color w:val="000000"/>
          <w:sz w:val="32"/>
        </w:rPr>
        <w:t xml:space="preserve"> Kit, I love you, my boy—despite the abuse you enjoy heaping upon me—do you hear me, Kit?—love you!—</w:t>
      </w:r>
      <w:r>
        <w:rPr>
          <w:rFonts w:ascii="Times New Roman" w:hAnsi="Times New Roman"/>
          <w:b w:val="0"/>
          <w:i/>
          <w:color w:val="000000"/>
          <w:sz w:val="32"/>
        </w:rPr>
        <w:t>(To others)</w:t>
      </w:r>
      <w:r>
        <w:rPr>
          <w:rFonts w:ascii="Times New Roman" w:hAnsi="Times New Roman"/>
          <w:b w:val="0"/>
          <w:i w:val="0"/>
          <w:color w:val="000000"/>
          <w:sz w:val="32"/>
        </w:rPr>
        <w:t>—but are you mad? Do we want to attract attention to ourselves? They’ll think we’re trafficking a corpse!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He's not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You’re sure?</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We think not ...</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(Looks at Kit Marlowe, then grins, wiping dirt from his face with his sleeve)</w:t>
      </w:r>
      <w:r>
        <w:rPr>
          <w:rFonts w:ascii="Times New Roman" w:hAnsi="Times New Roman"/>
          <w:b w:val="0"/>
          <w:i w:val="0"/>
          <w:color w:val="000000"/>
          <w:sz w:val="32"/>
        </w:rPr>
        <w:t xml:space="preserve">: </w:t>
      </w:r>
      <w:r>
        <w:rPr>
          <w:rFonts w:ascii="Times New Roman" w:hAnsi="Times New Roman"/>
          <w:b w:val="0"/>
          <w:i w:val="0"/>
          <w:color w:val="000000"/>
          <w:sz w:val="32"/>
        </w:rPr>
        <w:t>Of course!—it's that Kit, is it...? The French couldn't kill him, so ...Well, that's a relief. But take with us? Think not, no room in the boat, spread out that way. And getting him down the hill...slippery ...so, well ...well, think it best that...</w:t>
      </w:r>
    </w:p>
    <w:p>
      <w:pPr>
        <w:keepNext w:val="0"/>
        <w:spacing w:before="140" w:after="80" w:line="276" w:lineRule="auto"/>
        <w:ind w:left="0" w:right="0" w:firstLine="0"/>
      </w:pPr>
      <w:r>
        <w:rPr>
          <w:rFonts w:ascii="Times New Roman" w:hAnsi="Times New Roman"/>
          <w:b w:val="0"/>
          <w:i/>
          <w:color w:val="000000"/>
          <w:sz w:val="32"/>
        </w:rPr>
        <w:t>(A silence, they look at each other guiltily, then glance somewhat furtively at Thomas Kyd.)</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(Quickly, to hold off the question)</w:t>
      </w:r>
      <w:r>
        <w:rPr>
          <w:rFonts w:ascii="Times New Roman" w:hAnsi="Times New Roman"/>
          <w:b w:val="0"/>
          <w:i w:val="0"/>
          <w:color w:val="000000"/>
          <w:sz w:val="32"/>
        </w:rPr>
        <w:t xml:space="preserve">: </w:t>
      </w:r>
      <w:r>
        <w:rPr>
          <w:rFonts w:ascii="Times New Roman" w:hAnsi="Times New Roman"/>
          <w:b w:val="0"/>
          <w:i w:val="0"/>
          <w:color w:val="000000"/>
          <w:sz w:val="32"/>
        </w:rPr>
        <w:t>Needn't look at me that way—wouldn't leave him; I stay with Kit ...only fitting ...</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If you call a physician, we all contribute.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And if he dies?</w:t>
      </w:r>
    </w:p>
    <w:p>
      <w:pPr>
        <w:keepNext w:val="0"/>
        <w:spacing w:before="140" w:after="80" w:line="276" w:lineRule="auto"/>
        <w:ind w:left="0" w:right="0" w:firstLine="0"/>
      </w:pPr>
      <w:r>
        <w:rPr>
          <w:rFonts w:ascii="Times New Roman" w:hAnsi="Times New Roman"/>
          <w:b w:val="0"/>
          <w:i/>
          <w:color w:val="000000"/>
          <w:sz w:val="32"/>
        </w:rPr>
        <w:t>(They look at him, wary, worried.)</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(Defeated, reading their minds)</w:t>
      </w:r>
      <w:r>
        <w:rPr>
          <w:rFonts w:ascii="Times New Roman" w:hAnsi="Times New Roman"/>
          <w:b w:val="0"/>
          <w:i w:val="0"/>
          <w:color w:val="000000"/>
          <w:sz w:val="32"/>
        </w:rPr>
        <w:t xml:space="preserve">: </w:t>
      </w:r>
      <w:r>
        <w:rPr>
          <w:rFonts w:ascii="Times New Roman" w:hAnsi="Times New Roman"/>
          <w:b w:val="0"/>
          <w:i w:val="0"/>
          <w:color w:val="000000"/>
          <w:sz w:val="32"/>
        </w:rPr>
        <w:t>I wouldn’t say anything. Needn’t worry. No names. Thomas Kyd’s asked, you were never here.</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color w:val="000000"/>
          <w:sz w:val="32"/>
        </w:rPr>
        <w:t xml:space="preserve"> (Relieved)</w:t>
      </w:r>
      <w:r>
        <w:rPr>
          <w:rFonts w:ascii="Times New Roman" w:hAnsi="Times New Roman"/>
          <w:b w:val="0"/>
          <w:i w:val="0"/>
          <w:color w:val="000000"/>
          <w:sz w:val="32"/>
        </w:rPr>
        <w:t xml:space="preserve">: </w:t>
      </w:r>
      <w:r>
        <w:rPr>
          <w:rFonts w:ascii="Times New Roman" w:hAnsi="Times New Roman"/>
          <w:b w:val="0"/>
          <w:i w:val="0"/>
          <w:color w:val="000000"/>
          <w:sz w:val="32"/>
        </w:rPr>
        <w:t>Suggest we quick to it! The barman, remember! He’s reported us I’ll wager!</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We can send the boatman back for you both...You could still return in the cover of dark, Thomas ...</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Think not, Ben—if found out not want the boatman on my conscience as well. Go—you don’t want to be seen with me and Kit, not after tonight.</w:t>
      </w:r>
    </w:p>
    <w:p>
      <w:pPr>
        <w:keepNext w:val="0"/>
        <w:spacing w:before="140" w:after="80" w:line="276" w:lineRule="auto"/>
        <w:ind w:left="0" w:right="0" w:firstLine="0"/>
      </w:pPr>
      <w:r>
        <w:rPr>
          <w:rFonts w:ascii="Times New Roman" w:hAnsi="Times New Roman"/>
          <w:b w:val="0"/>
          <w:i/>
          <w:color w:val="000000"/>
          <w:sz w:val="32"/>
        </w:rPr>
        <w:t>(They move to door, Will Shakespeare tucking the manuscript he was working on under his cape.)</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val="0"/>
          <w:color w:val="000000"/>
          <w:sz w:val="32"/>
        </w:rPr>
        <w:t xml:space="preserve">: </w:t>
      </w:r>
      <w:r>
        <w:rPr>
          <w:rFonts w:ascii="Times New Roman" w:hAnsi="Times New Roman"/>
          <w:b w:val="0"/>
          <w:i w:val="0"/>
          <w:color w:val="000000"/>
          <w:sz w:val="32"/>
        </w:rPr>
        <w:t>So sorry, Thomas, I’m sure you see now that we...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 xml:space="preserve">: </w:t>
      </w:r>
      <w:r>
        <w:rPr>
          <w:rFonts w:ascii="Times New Roman" w:hAnsi="Times New Roman"/>
          <w:b w:val="0"/>
          <w:i w:val="0"/>
          <w:color w:val="000000"/>
          <w:sz w:val="32"/>
        </w:rPr>
        <w:t>We’re dangerous to know ...both of us ...Kit and me. Thank you for liking my play, Will ...“The Spanish Tragedy.” Thank you for that...</w:t>
      </w:r>
    </w:p>
    <w:p>
      <w:pPr>
        <w:keepNext w:val="0"/>
        <w:spacing w:before="140" w:after="80" w:line="276" w:lineRule="auto"/>
        <w:ind w:left="0" w:right="0" w:firstLine="0"/>
      </w:pPr>
      <w:r>
        <w:rPr>
          <w:rFonts w:ascii="Times New Roman" w:hAnsi="Times New Roman"/>
          <w:b w:val="0"/>
          <w:i/>
          <w:color w:val="000000"/>
          <w:sz w:val="32"/>
        </w:rPr>
        <w:t>(Will Shakespeare nods, embarrassed.)</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(Taking his arm)</w:t>
      </w:r>
      <w:r>
        <w:rPr>
          <w:rFonts w:ascii="Times New Roman" w:hAnsi="Times New Roman"/>
          <w:b w:val="0"/>
          <w:i w:val="0"/>
          <w:color w:val="000000"/>
          <w:sz w:val="32"/>
        </w:rPr>
        <w:t xml:space="preserve">: </w:t>
      </w:r>
      <w:r>
        <w:rPr>
          <w:rFonts w:ascii="Times New Roman" w:hAnsi="Times New Roman"/>
          <w:b w:val="0"/>
          <w:i w:val="0"/>
          <w:color w:val="000000"/>
          <w:sz w:val="32"/>
        </w:rPr>
        <w:t>Come, Will.</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(Unsure, guiltily)</w:t>
      </w:r>
      <w:r>
        <w:rPr>
          <w:rFonts w:ascii="Times New Roman" w:hAnsi="Times New Roman"/>
          <w:b w:val="0"/>
          <w:i w:val="0"/>
          <w:color w:val="000000"/>
          <w:sz w:val="32"/>
        </w:rPr>
        <w:t xml:space="preserve">: </w:t>
      </w:r>
      <w:r>
        <w:rPr>
          <w:rFonts w:ascii="Times New Roman" w:hAnsi="Times New Roman"/>
          <w:b w:val="0"/>
          <w:i w:val="0"/>
          <w:color w:val="000000"/>
          <w:sz w:val="32"/>
        </w:rPr>
        <w:t>I’ve family to consider, Thomas ...if something happens to me ...well, then poor Hamnet and my family ...while with you and Kit ...</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color w:val="000000"/>
          <w:sz w:val="32"/>
        </w:rPr>
        <w:t xml:space="preserve"> (Approaching Marlowe's body, limping)</w:t>
      </w:r>
      <w:r>
        <w:rPr>
          <w:rFonts w:ascii="Times New Roman" w:hAnsi="Times New Roman"/>
          <w:b w:val="0"/>
          <w:i w:val="0"/>
          <w:color w:val="000000"/>
          <w:sz w:val="32"/>
        </w:rPr>
        <w:t xml:space="preserve">: </w:t>
      </w:r>
      <w:r>
        <w:rPr>
          <w:rFonts w:ascii="Times New Roman" w:hAnsi="Times New Roman"/>
          <w:b w:val="0"/>
          <w:i w:val="0"/>
          <w:color w:val="000000"/>
          <w:sz w:val="32"/>
        </w:rPr>
        <w:t>Understood, Will. Leave London, go home to your sweet family in Stratford—it’s need of you, especially Hamnet sure ...go to them ...we'll bother you no more ...trouble’s my own making.</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val="0"/>
          <w:color w:val="000000"/>
          <w:sz w:val="32"/>
        </w:rPr>
        <w:t xml:space="preserve">: </w:t>
      </w:r>
      <w:r>
        <w:rPr>
          <w:rFonts w:ascii="Times New Roman" w:hAnsi="Times New Roman"/>
          <w:b w:val="0"/>
          <w:i w:val="0"/>
          <w:color w:val="000000"/>
          <w:sz w:val="32"/>
        </w:rPr>
        <w:t>Oh, not so bad as that ...nothing you can't survive ...if you convince Kit to mind his mouth for once...perhaps the Queen be of a forgiving mind—she can, you know...forgive that is ...has before ...then perhaps they’ll leave you be. No more ...no more of this...</w:t>
      </w:r>
    </w:p>
    <w:p>
      <w:pPr>
        <w:keepNext w:val="0"/>
        <w:spacing w:before="140" w:after="80" w:line="276" w:lineRule="auto"/>
        <w:ind w:left="0" w:right="0" w:firstLine="0"/>
      </w:pPr>
      <w:r>
        <w:rPr>
          <w:rFonts w:ascii="Times New Roman" w:hAnsi="Times New Roman"/>
          <w:b w:val="0"/>
          <w:i/>
          <w:color w:val="000000"/>
          <w:sz w:val="32"/>
        </w:rPr>
        <w:t>(They move closer to door, guiltily.)</w:t>
      </w:r>
    </w:p>
    <w:p>
      <w:pPr>
        <w:keepNext w:val="0"/>
        <w:spacing w:before="0" w:after="80" w:line="276" w:lineRule="auto"/>
        <w:ind w:left="0" w:right="0" w:firstLine="0"/>
      </w:pPr>
      <w:r>
        <w:rPr>
          <w:rFonts w:ascii="Times New Roman" w:hAnsi="Times New Roman"/>
          <w:b/>
          <w:i w:val="0"/>
          <w:color w:val="000000"/>
          <w:sz w:val="32"/>
        </w:rPr>
        <w:t>EDWARD DE VERE</w:t>
      </w:r>
      <w:r>
        <w:rPr>
          <w:rFonts w:ascii="Times New Roman" w:hAnsi="Times New Roman"/>
          <w:b w:val="0"/>
          <w:i w:val="0"/>
          <w:color w:val="000000"/>
          <w:sz w:val="32"/>
        </w:rPr>
        <w:t xml:space="preserve">: </w:t>
      </w:r>
      <w:r>
        <w:rPr>
          <w:rFonts w:ascii="Times New Roman" w:hAnsi="Times New Roman"/>
          <w:b w:val="0"/>
          <w:i w:val="0"/>
          <w:color w:val="000000"/>
          <w:sz w:val="32"/>
        </w:rPr>
        <w:t>Aye, Thomas, take care of our poor, dear Kit ...</w:t>
      </w:r>
    </w:p>
    <w:p>
      <w:pPr>
        <w:keepNext w:val="0"/>
        <w:spacing w:before="0" w:after="80" w:line="276" w:lineRule="auto"/>
        <w:ind w:left="0" w:right="0" w:firstLine="0"/>
      </w:pPr>
      <w:r>
        <w:rPr>
          <w:rFonts w:ascii="Times New Roman" w:hAnsi="Times New Roman"/>
          <w:b/>
          <w:i w:val="0"/>
          <w:color w:val="000000"/>
          <w:sz w:val="32"/>
        </w:rPr>
        <w:t>WILL SHAKESPEARE</w:t>
      </w:r>
      <w:r>
        <w:rPr>
          <w:rFonts w:ascii="Times New Roman" w:hAnsi="Times New Roman"/>
          <w:b w:val="0"/>
          <w:i/>
          <w:color w:val="000000"/>
          <w:sz w:val="32"/>
        </w:rPr>
        <w:t xml:space="preserve"> (Pause)</w:t>
      </w:r>
      <w:r>
        <w:rPr>
          <w:rFonts w:ascii="Times New Roman" w:hAnsi="Times New Roman"/>
          <w:b w:val="0"/>
          <w:i w:val="0"/>
          <w:color w:val="000000"/>
          <w:sz w:val="32"/>
        </w:rPr>
        <w:t xml:space="preserve">: </w:t>
      </w:r>
      <w:r>
        <w:rPr>
          <w:rFonts w:ascii="Times New Roman" w:hAnsi="Times New Roman"/>
          <w:b w:val="0"/>
          <w:i w:val="0"/>
          <w:color w:val="000000"/>
          <w:sz w:val="32"/>
        </w:rPr>
        <w:t>‘He of—</w:t>
      </w:r>
      <w:r>
        <w:rPr>
          <w:rFonts w:ascii="Times New Roman" w:hAnsi="Times New Roman"/>
          <w:b w:val="0"/>
          <w:i/>
          <w:color w:val="000000"/>
          <w:sz w:val="32"/>
        </w:rPr>
        <w:t>(In deference, looks at Ben Jonson)</w:t>
      </w:r>
    </w:p>
    <w:p>
      <w:pPr>
        <w:keepNext w:val="0"/>
        <w:spacing w:before="0" w:after="80" w:line="276" w:lineRule="auto"/>
        <w:ind w:left="0" w:right="0" w:firstLine="0"/>
      </w:pPr>
      <w:r>
        <w:rPr>
          <w:rFonts w:ascii="Times New Roman" w:hAnsi="Times New Roman"/>
          <w:b/>
          <w:i w:val="0"/>
          <w:color w:val="000000"/>
          <w:sz w:val="32"/>
        </w:rPr>
        <w:t>BEN JONSON</w:t>
      </w:r>
      <w:r>
        <w:rPr>
          <w:rFonts w:ascii="Times New Roman" w:hAnsi="Times New Roman"/>
          <w:b w:val="0"/>
          <w:i/>
          <w:color w:val="000000"/>
          <w:sz w:val="32"/>
        </w:rPr>
        <w:t xml:space="preserve"> (Nodding, with a bow to Marlowe’s body)</w:t>
      </w:r>
      <w:r>
        <w:rPr>
          <w:rFonts w:ascii="Times New Roman" w:hAnsi="Times New Roman"/>
          <w:b w:val="0"/>
          <w:i w:val="0"/>
          <w:color w:val="000000"/>
          <w:sz w:val="32"/>
        </w:rPr>
        <w:t xml:space="preserve">: </w:t>
      </w:r>
      <w:r>
        <w:rPr>
          <w:rFonts w:ascii="Times New Roman" w:hAnsi="Times New Roman"/>
          <w:b w:val="0"/>
          <w:i w:val="0"/>
          <w:color w:val="000000"/>
          <w:sz w:val="32"/>
        </w:rPr>
        <w:t>—the mighty line.’</w:t>
      </w:r>
    </w:p>
    <w:p>
      <w:pPr>
        <w:keepNext w:val="0"/>
        <w:spacing w:before="140" w:after="80" w:line="276" w:lineRule="auto"/>
        <w:ind w:left="0" w:right="0" w:firstLine="0"/>
      </w:pPr>
      <w:r>
        <w:rPr>
          <w:rFonts w:ascii="Times New Roman" w:hAnsi="Times New Roman"/>
          <w:b w:val="0"/>
          <w:i/>
          <w:color w:val="000000"/>
          <w:sz w:val="32"/>
        </w:rPr>
        <w:t>(A silence. They look from one to another, hesitate, then leave, guiltily, closing the door quietly behind them.</w:t>
        <w:br/>
        <w:br/>
        <w:t>They are seen descending the hill, quickly but carefully on wet ground, heads down, capes wrapped round them.</w:t>
        <w:br/>
        <w:br/>
        <w:t>Edward De Vere slips, nearly falls, seen laughing, then runs to catch up.</w:t>
        <w:br/>
        <w:br/>
        <w:t>Thomas Kyd waits a moment, listening, then stands over Kit Marlowe. He thinks, then with his right, injured hand, reaches back and takes bread knife from its board. This is painful for him. He switches to his left hand, tries to get a feel of the knife, making a few short, clumsy stabbing motions, perversely smiles to himself, then stands over Marlowe, looking down, trembling.</w:t>
        <w:br/>
        <w:br/>
        <w:t>Then falls to his knees, bending over Marlowe’s body, traces the blade gently over Kit Marlowe’s heart.</w:t>
        <w:br/>
        <w:br/>
        <w:t>Fade slowly and transition to the Stratford cottage, light coming up slowly on Anne, Susana and Judith gathered around the bed, Hamnet sitting up, Susanna holding a damp cloth to his forehead, touches his forehead with her free hand.)</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He’s cooler, mother ...</w:t>
      </w:r>
    </w:p>
    <w:p>
      <w:pPr>
        <w:keepNext w:val="0"/>
        <w:spacing w:before="0" w:after="80" w:line="276" w:lineRule="auto"/>
        <w:ind w:left="0" w:right="0" w:firstLine="0"/>
      </w:pPr>
      <w:r>
        <w:rPr>
          <w:rFonts w:ascii="Times New Roman" w:hAnsi="Times New Roman"/>
          <w:b/>
          <w:i w:val="0"/>
          <w:color w:val="000000"/>
          <w:sz w:val="32"/>
        </w:rPr>
        <w:t>JUDITH</w:t>
      </w:r>
      <w:r>
        <w:rPr>
          <w:rFonts w:ascii="Times New Roman" w:hAnsi="Times New Roman"/>
          <w:b w:val="0"/>
          <w:i w:val="0"/>
          <w:color w:val="000000"/>
          <w:sz w:val="32"/>
        </w:rPr>
        <w:t xml:space="preserve">: </w:t>
      </w:r>
      <w:r>
        <w:rPr>
          <w:rFonts w:ascii="Times New Roman" w:hAnsi="Times New Roman"/>
          <w:b w:val="0"/>
          <w:i w:val="0"/>
          <w:color w:val="000000"/>
          <w:sz w:val="32"/>
        </w:rPr>
        <w:t>Dear brother...dear, dear brother ...</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val="0"/>
          <w:color w:val="000000"/>
          <w:sz w:val="32"/>
        </w:rPr>
        <w:t xml:space="preserve">: </w:t>
      </w:r>
      <w:r>
        <w:rPr>
          <w:rFonts w:ascii="Times New Roman" w:hAnsi="Times New Roman"/>
          <w:b w:val="0"/>
          <w:i w:val="0"/>
          <w:color w:val="000000"/>
          <w:sz w:val="32"/>
        </w:rPr>
        <w:t>...much cooler.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color w:val="000000"/>
          <w:sz w:val="32"/>
        </w:rPr>
        <w:t xml:space="preserve"> (A sigh of relief)</w:t>
      </w:r>
      <w:r>
        <w:rPr>
          <w:rFonts w:ascii="Times New Roman" w:hAnsi="Times New Roman"/>
          <w:b w:val="0"/>
          <w:i w:val="0"/>
          <w:color w:val="000000"/>
          <w:sz w:val="32"/>
        </w:rPr>
        <w:t xml:space="preserve">: </w:t>
      </w:r>
      <w:r>
        <w:rPr>
          <w:rFonts w:ascii="Times New Roman" w:hAnsi="Times New Roman"/>
          <w:b w:val="0"/>
          <w:i w:val="0"/>
          <w:color w:val="000000"/>
          <w:sz w:val="32"/>
        </w:rPr>
        <w:t>You’re better, Hamnet. Susanna’s potion helped, didn’t it? Such a clever big sister you have!</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Is father ...coming home?</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Yes, Hamnet—your father’s coming home.</w:t>
      </w:r>
    </w:p>
    <w:p>
      <w:pPr>
        <w:keepNext w:val="0"/>
        <w:spacing w:before="0" w:after="80" w:line="276" w:lineRule="auto"/>
        <w:ind w:left="0" w:right="0" w:firstLine="0"/>
      </w:pPr>
      <w:r>
        <w:rPr>
          <w:rFonts w:ascii="Times New Roman" w:hAnsi="Times New Roman"/>
          <w:b/>
          <w:i w:val="0"/>
          <w:color w:val="000000"/>
          <w:sz w:val="32"/>
        </w:rPr>
        <w:t>SUSANNA</w:t>
      </w:r>
      <w:r>
        <w:rPr>
          <w:rFonts w:ascii="Times New Roman" w:hAnsi="Times New Roman"/>
          <w:b w:val="0"/>
          <w:i/>
          <w:color w:val="000000"/>
          <w:sz w:val="32"/>
        </w:rPr>
        <w:t xml:space="preserve"> (Rebukingly, sotto voce)</w:t>
      </w:r>
      <w:r>
        <w:rPr>
          <w:rFonts w:ascii="Times New Roman" w:hAnsi="Times New Roman"/>
          <w:b w:val="0"/>
          <w:i w:val="0"/>
          <w:color w:val="000000"/>
          <w:sz w:val="32"/>
        </w:rPr>
        <w:t xml:space="preserve">: </w:t>
      </w:r>
      <w:r>
        <w:rPr>
          <w:rFonts w:ascii="Times New Roman" w:hAnsi="Times New Roman"/>
          <w:b w:val="0"/>
          <w:i w:val="0"/>
          <w:color w:val="000000"/>
          <w:sz w:val="32"/>
        </w:rPr>
        <w:t>Mother!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He is, Susanna! I know he is...can feel it. And when I feel it ...why then ...always in the past ...it happens ...so it will again...</w:t>
      </w:r>
    </w:p>
    <w:p>
      <w:pPr>
        <w:keepNext w:val="0"/>
        <w:spacing w:before="0" w:after="80" w:line="276" w:lineRule="auto"/>
        <w:ind w:left="0" w:right="0" w:firstLine="0"/>
      </w:pPr>
      <w:r>
        <w:rPr>
          <w:rFonts w:ascii="Times New Roman" w:hAnsi="Times New Roman"/>
          <w:b/>
          <w:i w:val="0"/>
          <w:color w:val="000000"/>
          <w:sz w:val="32"/>
        </w:rPr>
        <w:t>HAMNET</w:t>
      </w:r>
      <w:r>
        <w:rPr>
          <w:rFonts w:ascii="Times New Roman" w:hAnsi="Times New Roman"/>
          <w:b w:val="0"/>
          <w:i w:val="0"/>
          <w:color w:val="000000"/>
          <w:sz w:val="32"/>
        </w:rPr>
        <w:t xml:space="preserve">: </w:t>
      </w:r>
      <w:r>
        <w:rPr>
          <w:rFonts w:ascii="Times New Roman" w:hAnsi="Times New Roman"/>
          <w:b w:val="0"/>
          <w:i w:val="0"/>
          <w:color w:val="000000"/>
          <w:sz w:val="32"/>
        </w:rPr>
        <w:t>So, I’ll see him then ...? Mother—you say I’ll see my father?</w:t>
      </w:r>
    </w:p>
    <w:p>
      <w:pPr>
        <w:keepNext w:val="0"/>
        <w:spacing w:before="0" w:after="80" w:line="276" w:lineRule="auto"/>
        <w:ind w:left="0" w:right="0" w:firstLine="0"/>
      </w:pPr>
      <w:r>
        <w:rPr>
          <w:rFonts w:ascii="Times New Roman" w:hAnsi="Times New Roman"/>
          <w:b/>
          <w:i w:val="0"/>
          <w:color w:val="000000"/>
          <w:sz w:val="32"/>
        </w:rPr>
        <w:t>ANNE</w:t>
      </w:r>
      <w:r>
        <w:rPr>
          <w:rFonts w:ascii="Times New Roman" w:hAnsi="Times New Roman"/>
          <w:b w:val="0"/>
          <w:i w:val="0"/>
          <w:color w:val="000000"/>
          <w:sz w:val="32"/>
        </w:rPr>
        <w:t xml:space="preserve">: </w:t>
      </w:r>
      <w:r>
        <w:rPr>
          <w:rFonts w:ascii="Times New Roman" w:hAnsi="Times New Roman"/>
          <w:b w:val="0"/>
          <w:i w:val="0"/>
          <w:color w:val="000000"/>
          <w:sz w:val="32"/>
        </w:rPr>
        <w:t xml:space="preserve">You will, Hamnet ...very soon. </w:t>
      </w:r>
      <w:r>
        <w:rPr>
          <w:rFonts w:ascii="Times New Roman" w:hAnsi="Times New Roman"/>
          <w:b w:val="0"/>
          <w:i/>
          <w:color w:val="000000"/>
          <w:sz w:val="32"/>
        </w:rPr>
        <w:t>(Gives Susanna a warning look)</w:t>
      </w:r>
      <w:r>
        <w:rPr>
          <w:rFonts w:ascii="Times New Roman" w:hAnsi="Times New Roman"/>
          <w:b w:val="0"/>
          <w:i w:val="0"/>
          <w:color w:val="000000"/>
          <w:sz w:val="32"/>
        </w:rPr>
        <w:t xml:space="preserve"> ...I promise you, my son—you’ll see him! </w:t>
      </w:r>
      <w:r>
        <w:rPr>
          <w:rFonts w:ascii="Times New Roman" w:hAnsi="Times New Roman"/>
          <w:b w:val="0"/>
          <w:i/>
          <w:color w:val="000000"/>
          <w:sz w:val="32"/>
        </w:rPr>
        <w:t>(She embraces Hamnet, to others, softly, desperately)</w:t>
      </w:r>
      <w:r>
        <w:rPr>
          <w:rFonts w:ascii="Times New Roman" w:hAnsi="Times New Roman"/>
          <w:b w:val="0"/>
          <w:i w:val="0"/>
          <w:color w:val="000000"/>
          <w:sz w:val="32"/>
        </w:rPr>
        <w:t xml:space="preserve"> He will, he will—Hamnet will see his father again. He must.</w:t>
      </w:r>
    </w:p>
    <w:p>
      <w:pPr>
        <w:keepNext w:val="0"/>
        <w:spacing w:before="140" w:after="80" w:line="276" w:lineRule="auto"/>
        <w:ind w:left="0" w:right="0" w:firstLine="0"/>
      </w:pPr>
      <w:r>
        <w:rPr>
          <w:rFonts w:ascii="Times New Roman" w:hAnsi="Times New Roman"/>
          <w:b w:val="0"/>
          <w:i/>
          <w:color w:val="000000"/>
          <w:sz w:val="32"/>
        </w:rPr>
        <w:t>(Fade on the family moving closer to and embracing Hamnet, sound of rain continuing.</w:t>
        <w:br/>
        <w:br/>
        <w:t>Dark, raining sky transitioning back to the pub. Thomas Kyd still kneeling over Marlowe. He bends down, kisses him on the forehead, then raises knife.</w:t>
        <w:br/>
        <w:br/>
        <w:t>Rain suddenly beats harder, to a crescendo. He looks up, wondering.</w:t>
        <w:br/>
        <w:br/>
        <w:t>He leans back, stands slowly and awkwardly, looks down, then turns and softly drops knife on table near the loaf of bread. He stares into the distance, then sits, half falling, and gazes reflectively at Kit Marlowe.)</w:t>
      </w:r>
    </w:p>
    <w:p>
      <w:pPr>
        <w:keepNext w:val="0"/>
        <w:spacing w:before="0" w:after="80" w:line="276" w:lineRule="auto"/>
        <w:ind w:left="0" w:right="0" w:firstLine="0"/>
      </w:pPr>
      <w:r>
        <w:rPr>
          <w:rFonts w:ascii="Times New Roman" w:hAnsi="Times New Roman"/>
          <w:b/>
          <w:i w:val="0"/>
          <w:color w:val="000000"/>
          <w:sz w:val="32"/>
        </w:rPr>
        <w:t>THOMAS KYD</w:t>
      </w:r>
      <w:r>
        <w:rPr>
          <w:rFonts w:ascii="Times New Roman" w:hAnsi="Times New Roman"/>
          <w:b w:val="0"/>
          <w:i w:val="0"/>
          <w:color w:val="000000"/>
          <w:sz w:val="32"/>
        </w:rPr>
        <w:t>:</w:t>
      </w:r>
    </w:p>
    <w:p>
      <w:pPr>
        <w:keepNext w:val="0"/>
        <w:spacing w:before="0" w:after="80" w:line="276" w:lineRule="auto"/>
        <w:ind w:left="0" w:right="0" w:firstLine="0"/>
      </w:pPr>
      <w:r>
        <w:rPr>
          <w:rFonts w:ascii="Times New Roman" w:hAnsi="Times New Roman"/>
          <w:b w:val="0"/>
          <w:i w:val="0"/>
          <w:color w:val="000000"/>
          <w:sz w:val="32"/>
        </w:rPr>
        <w:t>“Stand firm, my heart, and courage take,</w:t>
      </w:r>
    </w:p>
    <w:p>
      <w:pPr>
        <w:keepNext w:val="0"/>
        <w:spacing w:before="0" w:after="80" w:line="276" w:lineRule="auto"/>
        <w:ind w:left="0" w:right="0" w:firstLine="0"/>
      </w:pPr>
      <w:r>
        <w:rPr>
          <w:rFonts w:ascii="Times New Roman" w:hAnsi="Times New Roman"/>
          <w:b w:val="0"/>
          <w:i w:val="0"/>
          <w:color w:val="000000"/>
          <w:sz w:val="32"/>
        </w:rPr>
        <w:t>I must not fear my plight.</w:t>
      </w:r>
    </w:p>
    <w:p>
      <w:pPr>
        <w:keepNext w:val="0"/>
        <w:spacing w:before="0" w:after="80" w:line="276" w:lineRule="auto"/>
        <w:ind w:left="0" w:right="0" w:firstLine="0"/>
      </w:pPr>
      <w:r>
        <w:rPr>
          <w:rFonts w:ascii="Times New Roman" w:hAnsi="Times New Roman"/>
          <w:b w:val="0"/>
          <w:i w:val="0"/>
          <w:color w:val="000000"/>
          <w:sz w:val="32"/>
        </w:rPr>
        <w:t>With cloak and fear I will not break...</w:t>
      </w:r>
    </w:p>
    <w:p>
      <w:pPr>
        <w:keepNext w:val="0"/>
        <w:spacing w:before="0" w:after="80" w:line="276" w:lineRule="auto"/>
        <w:ind w:left="0" w:right="0" w:firstLine="0"/>
      </w:pPr>
      <w:r>
        <w:rPr>
          <w:rFonts w:ascii="Times New Roman" w:hAnsi="Times New Roman"/>
          <w:b w:val="0"/>
          <w:i w:val="0"/>
          <w:color w:val="000000"/>
          <w:sz w:val="32"/>
        </w:rPr>
        <w:t>I found my friends this night... “</w:t>
      </w:r>
    </w:p>
    <w:p>
      <w:pPr>
        <w:keepNext w:val="0"/>
        <w:spacing w:before="140" w:after="80" w:line="276" w:lineRule="auto"/>
        <w:ind w:left="0" w:right="0" w:firstLine="0"/>
      </w:pPr>
      <w:r>
        <w:rPr>
          <w:rFonts w:ascii="Times New Roman" w:hAnsi="Times New Roman"/>
          <w:b w:val="0"/>
          <w:i/>
          <w:color w:val="000000"/>
          <w:sz w:val="32"/>
        </w:rPr>
        <w:t>(Pause, looking down at Marlowe.)</w:t>
      </w:r>
    </w:p>
    <w:p>
      <w:pPr>
        <w:keepNext w:val="0"/>
        <w:spacing w:before="0" w:after="80" w:line="276" w:lineRule="auto"/>
        <w:ind w:left="0" w:right="0" w:firstLine="0"/>
      </w:pPr>
      <w:r>
        <w:rPr>
          <w:rFonts w:ascii="Times New Roman" w:hAnsi="Times New Roman"/>
          <w:b w:val="0"/>
          <w:i w:val="0"/>
          <w:color w:val="000000"/>
          <w:sz w:val="32"/>
        </w:rPr>
        <w:t>“I found my friend this night...</w:t>
      </w:r>
    </w:p>
    <w:p>
      <w:pPr>
        <w:keepNext w:val="0"/>
        <w:spacing w:before="0" w:after="80" w:line="276" w:lineRule="auto"/>
        <w:ind w:left="0" w:right="0" w:firstLine="0"/>
      </w:pPr>
      <w:r>
        <w:rPr>
          <w:rFonts w:ascii="Times New Roman" w:hAnsi="Times New Roman"/>
          <w:b w:val="0"/>
          <w:i w:val="0"/>
          <w:color w:val="000000"/>
          <w:sz w:val="32"/>
        </w:rPr>
        <w:t>I found my friend this night...”</w:t>
      </w:r>
    </w:p>
    <w:p>
      <w:pPr>
        <w:keepNext w:val="0"/>
        <w:spacing w:before="140" w:after="80" w:line="276" w:lineRule="auto"/>
        <w:ind w:left="0" w:right="0" w:firstLine="0"/>
      </w:pPr>
      <w:r>
        <w:rPr>
          <w:rFonts w:ascii="Times New Roman" w:hAnsi="Times New Roman"/>
          <w:b w:val="0"/>
          <w:i/>
          <w:color w:val="000000"/>
          <w:sz w:val="32"/>
        </w:rPr>
        <w:t>(Rain softens.</w:t>
        <w:br/>
        <w:br/>
        <w:t>The river; the boat, with the men aboard, being pushed off from the dock.</w:t>
        <w:br/>
        <w:br/>
        <w:t>Their voices echoing softly, tones of relief.</w:t>
        <w:br/>
        <w:br/>
        <w:t>Sound of oars.</w:t>
        <w:br/>
        <w:br/>
        <w:t>Stratford. The cottage.</w:t>
        <w:br/>
        <w:br/>
        <w:t>Ducks and swans on the shadowy water.</w:t>
        <w:br/>
        <w:br/>
        <w:t>The twins singing from far off “Ducks and Swans, Ducks and Swans.”)</w:t>
      </w:r>
    </w:p>
    <w:p>
      <w:pPr>
        <w:keepNext w:val="0"/>
        <w:spacing w:before="0" w:after="80" w:line="276" w:lineRule="auto"/>
        <w:ind w:left="0" w:right="0" w:firstLine="0"/>
      </w:pPr>
      <w:r>
        <w:rPr>
          <w:rFonts w:ascii="Times New Roman" w:hAnsi="Times New Roman"/>
          <w:b/>
          <w:i w:val="0"/>
          <w:color w:val="000000"/>
          <w:sz w:val="32"/>
        </w:rPr>
        <w:t>Fade.</w:t>
      </w:r>
    </w:p>
    <w:p>
      <w:pPr>
        <w:keepNext w:val="0"/>
        <w:spacing w:before="0" w:after="80" w:line="276" w:lineRule="auto"/>
        <w:ind w:left="0" w:right="0" w:firstLine="0"/>
      </w:pPr>
      <w:r>
        <w:rPr>
          <w:rFonts w:ascii="Times New Roman" w:hAnsi="Times New Roman"/>
          <w:b/>
          <w:i w:val="0"/>
          <w:color w:val="000000"/>
          <w:sz w:val="32"/>
        </w:rPr>
        <w:t>END.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000000"/>
        <w:sz w:val="20"/>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A5A5A"/>
        <w:sz w:val="18"/>
      </w:rPr>
      <w:t>AT DEPTFORD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76" w:lineRule="auto"/>
      <w:ind w:left="0" w:right="0" w:firstLine="0"/>
    </w:pPr>
    <w:rPr>
      <w:rFonts w:ascii="Times New Roman" w:hAnsi="Times New Roman"/>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